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52" w:type="dxa"/>
        <w:jc w:val="center"/>
        <w:tblLayout w:type="fixed"/>
        <w:tblLook w:val="04A0" w:firstRow="1" w:lastRow="0" w:firstColumn="1" w:lastColumn="0" w:noHBand="0" w:noVBand="1"/>
      </w:tblPr>
      <w:tblGrid>
        <w:gridCol w:w="1800"/>
        <w:gridCol w:w="8352"/>
      </w:tblGrid>
      <w:tr w:rsidR="00F8026E" w14:paraId="2999ACBF" w14:textId="77777777">
        <w:trPr>
          <w:cantSplit/>
          <w:jc w:val="center"/>
        </w:trPr>
        <w:tc>
          <w:tcPr>
            <w:tcW w:w="1800" w:type="dxa"/>
            <w:tcMar>
              <w:top w:w="70" w:type="dxa"/>
              <w:left w:w="100" w:type="dxa"/>
              <w:bottom w:w="70" w:type="dxa"/>
              <w:right w:w="100" w:type="dxa"/>
            </w:tcMar>
            <w:vAlign w:val="center"/>
          </w:tcPr>
          <w:p w14:paraId="79B4D030" w14:textId="77777777" w:rsidR="00F8026E" w:rsidRDefault="00E25352">
            <w:pPr>
              <w:jc w:val="center"/>
            </w:pPr>
            <w:r>
              <w:rPr>
                <w:noProof/>
              </w:rPr>
              <w:drawing>
                <wp:inline distT="0" distB="0" distL="0" distR="0" wp14:anchorId="0B53BF6A" wp14:editId="26E3092B">
                  <wp:extent cx="932688" cy="9364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8"/>
                          <a:stretch>
                            <a:fillRect/>
                          </a:stretch>
                        </pic:blipFill>
                        <pic:spPr>
                          <a:xfrm>
                            <a:off x="0" y="0"/>
                            <a:ext cx="932688" cy="936433"/>
                          </a:xfrm>
                          <a:prstGeom prst="rect">
                            <a:avLst/>
                          </a:prstGeom>
                        </pic:spPr>
                      </pic:pic>
                    </a:graphicData>
                  </a:graphic>
                </wp:inline>
              </w:drawing>
            </w:r>
          </w:p>
        </w:tc>
        <w:tc>
          <w:tcPr>
            <w:tcW w:w="8352" w:type="dxa"/>
            <w:tcMar>
              <w:top w:w="70" w:type="dxa"/>
              <w:left w:w="100" w:type="dxa"/>
              <w:bottom w:w="70" w:type="dxa"/>
              <w:right w:w="100" w:type="dxa"/>
            </w:tcMar>
            <w:vAlign w:val="center"/>
          </w:tcPr>
          <w:p w14:paraId="28A3A911" w14:textId="77777777" w:rsidR="00F8026E" w:rsidRDefault="00E25352">
            <w:pPr>
              <w:spacing w:after="0" w:line="240" w:lineRule="auto"/>
              <w:jc w:val="center"/>
            </w:pPr>
            <w:r>
              <w:rPr>
                <w:b/>
                <w:color w:val="132A4F"/>
                <w:sz w:val="30"/>
              </w:rPr>
              <w:t>UNITED GRAND LODGE OF NORTH CAROLINA</w:t>
            </w:r>
            <w:r>
              <w:rPr>
                <w:b/>
                <w:color w:val="132A4F"/>
                <w:sz w:val="30"/>
              </w:rPr>
              <w:br/>
              <w:t>A.F. &amp; A.M. | ESTABLISHED 2012</w:t>
            </w:r>
          </w:p>
        </w:tc>
      </w:tr>
    </w:tbl>
    <w:p w14:paraId="0784DE60" w14:textId="77777777" w:rsidR="00F8026E" w:rsidRDefault="00E25352">
      <w:pPr>
        <w:spacing w:before="60" w:after="20"/>
        <w:jc w:val="center"/>
      </w:pPr>
      <w:r>
        <w:rPr>
          <w:b/>
          <w:color w:val="132A4F"/>
          <w:sz w:val="34"/>
        </w:rPr>
        <w:t>APPLICATION FOR THE DEGREES OF FREEMASONRY</w:t>
      </w:r>
    </w:p>
    <w:p w14:paraId="0F53CB31" w14:textId="77777777" w:rsidR="00F8026E" w:rsidRDefault="00E25352">
      <w:pPr>
        <w:spacing w:after="140"/>
        <w:jc w:val="center"/>
      </w:pPr>
      <w:r>
        <w:rPr>
          <w:i/>
          <w:color w:val="245D8C"/>
          <w:sz w:val="21"/>
        </w:rPr>
        <w:t>Petition for Initiation, Passing, and Raising</w:t>
      </w:r>
    </w:p>
    <w:tbl>
      <w:tblPr>
        <w:tblStyle w:val="TableGrid"/>
        <w:tblW w:w="10152" w:type="dxa"/>
        <w:jc w:val="center"/>
        <w:tblLayout w:type="fixed"/>
        <w:tblLook w:val="04A0" w:firstRow="1" w:lastRow="0" w:firstColumn="1" w:lastColumn="0" w:noHBand="0" w:noVBand="1"/>
      </w:tblPr>
      <w:tblGrid>
        <w:gridCol w:w="3384"/>
        <w:gridCol w:w="3384"/>
        <w:gridCol w:w="3384"/>
      </w:tblGrid>
      <w:tr w:rsidR="00F8026E" w14:paraId="1D1FDD3D" w14:textId="77777777">
        <w:trPr>
          <w:cantSplit/>
          <w:jc w:val="center"/>
        </w:trPr>
        <w:tc>
          <w:tcPr>
            <w:tcW w:w="3384" w:type="dxa"/>
            <w:shd w:val="clear" w:color="auto" w:fill="F6F8FB"/>
            <w:tcMar>
              <w:top w:w="70" w:type="dxa"/>
              <w:left w:w="100" w:type="dxa"/>
              <w:bottom w:w="70" w:type="dxa"/>
              <w:right w:w="100" w:type="dxa"/>
            </w:tcMar>
            <w:vAlign w:val="center"/>
          </w:tcPr>
          <w:p w14:paraId="1CA6C0C3" w14:textId="77777777" w:rsidR="00F8026E" w:rsidRDefault="00E25352">
            <w:pPr>
              <w:spacing w:after="0" w:line="240" w:lineRule="auto"/>
            </w:pPr>
            <w:r>
              <w:rPr>
                <w:color w:val="5E6875"/>
                <w:sz w:val="16"/>
              </w:rPr>
              <w:t>LODGE NAME</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443DC7E4" w14:textId="77777777" w:rsidR="00F8026E" w:rsidRDefault="00E25352">
            <w:pPr>
              <w:spacing w:after="0" w:line="240" w:lineRule="auto"/>
            </w:pPr>
            <w:r>
              <w:rPr>
                <w:color w:val="5E6875"/>
                <w:sz w:val="16"/>
              </w:rPr>
              <w:t>LODGE NUMBER</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112A4182" w14:textId="77777777" w:rsidR="00F8026E" w:rsidRDefault="00E25352">
            <w:pPr>
              <w:spacing w:after="0" w:line="240" w:lineRule="auto"/>
            </w:pPr>
            <w:r>
              <w:rPr>
                <w:color w:val="5E6875"/>
                <w:sz w:val="16"/>
              </w:rPr>
              <w:t>DATE RECEIVED</w:t>
            </w:r>
            <w:r>
              <w:rPr>
                <w:color w:val="5E6875"/>
                <w:sz w:val="16"/>
              </w:rPr>
              <w:br/>
              <w:t>________________________</w:t>
            </w:r>
          </w:p>
        </w:tc>
      </w:tr>
      <w:tr w:rsidR="00F8026E" w14:paraId="71C3E525" w14:textId="77777777">
        <w:trPr>
          <w:cantSplit/>
          <w:jc w:val="center"/>
        </w:trPr>
        <w:tc>
          <w:tcPr>
            <w:tcW w:w="3384" w:type="dxa"/>
            <w:shd w:val="clear" w:color="auto" w:fill="F6F8FB"/>
            <w:tcMar>
              <w:top w:w="70" w:type="dxa"/>
              <w:left w:w="100" w:type="dxa"/>
              <w:bottom w:w="70" w:type="dxa"/>
              <w:right w:w="100" w:type="dxa"/>
            </w:tcMar>
            <w:vAlign w:val="center"/>
          </w:tcPr>
          <w:p w14:paraId="6A772BCC" w14:textId="77777777" w:rsidR="00F8026E" w:rsidRDefault="00E25352">
            <w:pPr>
              <w:spacing w:after="0" w:line="240" w:lineRule="auto"/>
            </w:pPr>
            <w:r>
              <w:rPr>
                <w:color w:val="5E6875"/>
                <w:sz w:val="16"/>
              </w:rPr>
              <w:t>CITY / STATE</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78D82B9D" w14:textId="77777777" w:rsidR="00F8026E" w:rsidRDefault="00E25352">
            <w:pPr>
              <w:spacing w:after="0" w:line="240" w:lineRule="auto"/>
            </w:pPr>
            <w:r>
              <w:rPr>
                <w:color w:val="5E6875"/>
                <w:sz w:val="16"/>
              </w:rPr>
              <w:t>APPLICATION FEE RECEIVED</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180E2591" w14:textId="77777777" w:rsidR="00F8026E" w:rsidRDefault="00E25352">
            <w:pPr>
              <w:spacing w:after="0" w:line="240" w:lineRule="auto"/>
            </w:pPr>
            <w:r>
              <w:rPr>
                <w:color w:val="5E6875"/>
                <w:sz w:val="16"/>
              </w:rPr>
              <w:t>RECEIPT NUMBER</w:t>
            </w:r>
            <w:r>
              <w:rPr>
                <w:color w:val="5E6875"/>
                <w:sz w:val="16"/>
              </w:rPr>
              <w:br/>
              <w:t>________________________</w:t>
            </w:r>
          </w:p>
        </w:tc>
      </w:tr>
    </w:tbl>
    <w:tbl>
      <w:tblPr>
        <w:tblW w:w="10152" w:type="dxa"/>
        <w:jc w:val="center"/>
        <w:tblLayout w:type="fixed"/>
        <w:tblLook w:val="04A0" w:firstRow="1" w:lastRow="0" w:firstColumn="1" w:lastColumn="0" w:noHBand="0" w:noVBand="1"/>
      </w:tblPr>
      <w:tblGrid>
        <w:gridCol w:w="10152"/>
      </w:tblGrid>
      <w:tr w:rsidR="00F8026E" w14:paraId="7B78A4E5" w14:textId="77777777">
        <w:trPr>
          <w:cantSplit/>
          <w:jc w:val="center"/>
        </w:trPr>
        <w:tc>
          <w:tcPr>
            <w:tcW w:w="10152" w:type="dxa"/>
            <w:shd w:val="clear" w:color="auto" w:fill="E9EFF6"/>
            <w:tcMar>
              <w:top w:w="70" w:type="dxa"/>
              <w:left w:w="100" w:type="dxa"/>
              <w:bottom w:w="70" w:type="dxa"/>
              <w:right w:w="100" w:type="dxa"/>
            </w:tcMar>
            <w:vAlign w:val="center"/>
          </w:tcPr>
          <w:p w14:paraId="033AA27F" w14:textId="77777777" w:rsidR="00F8026E" w:rsidRDefault="00E25352">
            <w:pPr>
              <w:spacing w:after="0" w:line="240" w:lineRule="auto"/>
            </w:pPr>
            <w:r>
              <w:rPr>
                <w:color w:val="132A4F"/>
                <w:sz w:val="17"/>
              </w:rPr>
              <w:t>INSTRUCTIONS: Print or type clearly. Answer every applicable question. If additional space is needed, attach a signed page. Submission does not guarantee election or membership. Do not place Social Security numbers, banking information, or unrelated medical details on this form.</w:t>
            </w:r>
          </w:p>
        </w:tc>
      </w:tr>
      <w:tr w:rsidR="00F8026E" w14:paraId="5F3666EA" w14:textId="77777777">
        <w:trPr>
          <w:cantSplit/>
          <w:jc w:val="center"/>
        </w:trPr>
        <w:tc>
          <w:tcPr>
            <w:tcW w:w="10152" w:type="dxa"/>
            <w:shd w:val="clear" w:color="auto" w:fill="132A4F"/>
            <w:tcMar>
              <w:top w:w="70" w:type="dxa"/>
              <w:left w:w="100" w:type="dxa"/>
              <w:bottom w:w="70" w:type="dxa"/>
              <w:right w:w="100" w:type="dxa"/>
            </w:tcMar>
            <w:vAlign w:val="center"/>
          </w:tcPr>
          <w:p w14:paraId="5E5ADF53" w14:textId="77777777" w:rsidR="00F8026E" w:rsidRDefault="00E25352">
            <w:pPr>
              <w:spacing w:after="0" w:line="240" w:lineRule="auto"/>
            </w:pPr>
            <w:r>
              <w:rPr>
                <w:b/>
                <w:color w:val="FFFFFF"/>
                <w:sz w:val="21"/>
              </w:rPr>
              <w:t>1. APPLICANT INFORMATION</w:t>
            </w:r>
          </w:p>
        </w:tc>
      </w:tr>
    </w:tbl>
    <w:p w14:paraId="45171133" w14:textId="77777777" w:rsidR="00F8026E" w:rsidRDefault="00F8026E">
      <w:pPr>
        <w:spacing w:after="20"/>
      </w:pPr>
    </w:p>
    <w:tbl>
      <w:tblPr>
        <w:tblStyle w:val="TableGrid"/>
        <w:tblW w:w="10152" w:type="dxa"/>
        <w:jc w:val="center"/>
        <w:tblLayout w:type="fixed"/>
        <w:tblLook w:val="04A0" w:firstRow="1" w:lastRow="0" w:firstColumn="1" w:lastColumn="0" w:noHBand="0" w:noVBand="1"/>
      </w:tblPr>
      <w:tblGrid>
        <w:gridCol w:w="5076"/>
        <w:gridCol w:w="5076"/>
      </w:tblGrid>
      <w:tr w:rsidR="00F8026E" w14:paraId="18C671BD" w14:textId="77777777">
        <w:trPr>
          <w:cantSplit/>
          <w:jc w:val="center"/>
        </w:trPr>
        <w:tc>
          <w:tcPr>
            <w:tcW w:w="5076" w:type="dxa"/>
            <w:shd w:val="clear" w:color="auto" w:fill="F6F8FB"/>
            <w:tcMar>
              <w:top w:w="70" w:type="dxa"/>
              <w:left w:w="100" w:type="dxa"/>
              <w:bottom w:w="70" w:type="dxa"/>
              <w:right w:w="100" w:type="dxa"/>
            </w:tcMar>
            <w:vAlign w:val="center"/>
          </w:tcPr>
          <w:p w14:paraId="20FBA47A" w14:textId="77777777" w:rsidR="00F8026E" w:rsidRDefault="00E25352">
            <w:pPr>
              <w:spacing w:after="0" w:line="240" w:lineRule="auto"/>
            </w:pPr>
            <w:r>
              <w:rPr>
                <w:color w:val="5E6875"/>
                <w:sz w:val="16"/>
              </w:rPr>
              <w:t>FULL LEGAL NAME</w:t>
            </w:r>
            <w:r>
              <w:rPr>
                <w:color w:val="5E6875"/>
                <w:sz w:val="16"/>
              </w:rPr>
              <w:br/>
              <w:t>________________________</w:t>
            </w:r>
          </w:p>
        </w:tc>
        <w:tc>
          <w:tcPr>
            <w:tcW w:w="5076" w:type="dxa"/>
            <w:shd w:val="clear" w:color="auto" w:fill="F6F8FB"/>
            <w:tcMar>
              <w:top w:w="70" w:type="dxa"/>
              <w:left w:w="100" w:type="dxa"/>
              <w:bottom w:w="70" w:type="dxa"/>
              <w:right w:w="100" w:type="dxa"/>
            </w:tcMar>
            <w:vAlign w:val="center"/>
          </w:tcPr>
          <w:p w14:paraId="70E192B7" w14:textId="77777777" w:rsidR="00F8026E" w:rsidRDefault="00E25352">
            <w:pPr>
              <w:spacing w:after="0" w:line="240" w:lineRule="auto"/>
            </w:pPr>
            <w:r>
              <w:rPr>
                <w:color w:val="5E6875"/>
                <w:sz w:val="16"/>
              </w:rPr>
              <w:t>NAME YOU PREFER TO BE CALLED</w:t>
            </w:r>
            <w:r>
              <w:rPr>
                <w:color w:val="5E6875"/>
                <w:sz w:val="16"/>
              </w:rPr>
              <w:br/>
              <w:t>________________________</w:t>
            </w:r>
          </w:p>
        </w:tc>
      </w:tr>
      <w:tr w:rsidR="00F8026E" w14:paraId="799D0186" w14:textId="77777777">
        <w:trPr>
          <w:cantSplit/>
          <w:jc w:val="center"/>
        </w:trPr>
        <w:tc>
          <w:tcPr>
            <w:tcW w:w="5076" w:type="dxa"/>
            <w:shd w:val="clear" w:color="auto" w:fill="F6F8FB"/>
            <w:tcMar>
              <w:top w:w="70" w:type="dxa"/>
              <w:left w:w="100" w:type="dxa"/>
              <w:bottom w:w="70" w:type="dxa"/>
              <w:right w:w="100" w:type="dxa"/>
            </w:tcMar>
            <w:vAlign w:val="center"/>
          </w:tcPr>
          <w:p w14:paraId="100631DC" w14:textId="77777777" w:rsidR="00F8026E" w:rsidRDefault="00E25352">
            <w:pPr>
              <w:spacing w:after="0" w:line="240" w:lineRule="auto"/>
            </w:pPr>
            <w:r>
              <w:rPr>
                <w:color w:val="5E6875"/>
                <w:sz w:val="16"/>
              </w:rPr>
              <w:t>HOME ADDRESS</w:t>
            </w:r>
            <w:r>
              <w:rPr>
                <w:color w:val="5E6875"/>
                <w:sz w:val="16"/>
              </w:rPr>
              <w:br/>
              <w:t>________________________</w:t>
            </w:r>
          </w:p>
        </w:tc>
        <w:tc>
          <w:tcPr>
            <w:tcW w:w="5076" w:type="dxa"/>
            <w:shd w:val="clear" w:color="auto" w:fill="F6F8FB"/>
            <w:tcMar>
              <w:top w:w="70" w:type="dxa"/>
              <w:left w:w="100" w:type="dxa"/>
              <w:bottom w:w="70" w:type="dxa"/>
              <w:right w:w="100" w:type="dxa"/>
            </w:tcMar>
            <w:vAlign w:val="center"/>
          </w:tcPr>
          <w:p w14:paraId="58B3825D" w14:textId="77777777" w:rsidR="00F8026E" w:rsidRDefault="00E25352">
            <w:pPr>
              <w:spacing w:after="0" w:line="240" w:lineRule="auto"/>
            </w:pPr>
            <w:r>
              <w:rPr>
                <w:color w:val="5E6875"/>
                <w:sz w:val="16"/>
              </w:rPr>
              <w:t>CITY / STATE / ZIP</w:t>
            </w:r>
            <w:r>
              <w:rPr>
                <w:color w:val="5E6875"/>
                <w:sz w:val="16"/>
              </w:rPr>
              <w:br/>
              <w:t>________________________</w:t>
            </w:r>
          </w:p>
        </w:tc>
      </w:tr>
      <w:tr w:rsidR="00F8026E" w14:paraId="01A047CB" w14:textId="77777777">
        <w:trPr>
          <w:cantSplit/>
          <w:jc w:val="center"/>
        </w:trPr>
        <w:tc>
          <w:tcPr>
            <w:tcW w:w="5076" w:type="dxa"/>
            <w:shd w:val="clear" w:color="auto" w:fill="F6F8FB"/>
            <w:tcMar>
              <w:top w:w="70" w:type="dxa"/>
              <w:left w:w="100" w:type="dxa"/>
              <w:bottom w:w="70" w:type="dxa"/>
              <w:right w:w="100" w:type="dxa"/>
            </w:tcMar>
            <w:vAlign w:val="center"/>
          </w:tcPr>
          <w:p w14:paraId="1750666C" w14:textId="77777777" w:rsidR="00F8026E" w:rsidRDefault="00E25352">
            <w:pPr>
              <w:spacing w:after="0" w:line="240" w:lineRule="auto"/>
            </w:pPr>
            <w:r>
              <w:rPr>
                <w:color w:val="5E6875"/>
                <w:sz w:val="16"/>
              </w:rPr>
              <w:t>MOBILE PHONE</w:t>
            </w:r>
            <w:r>
              <w:rPr>
                <w:color w:val="5E6875"/>
                <w:sz w:val="16"/>
              </w:rPr>
              <w:br/>
            </w:r>
            <w:r>
              <w:rPr>
                <w:color w:val="5E6875"/>
                <w:sz w:val="16"/>
              </w:rPr>
              <w:t>________________________</w:t>
            </w:r>
          </w:p>
        </w:tc>
        <w:tc>
          <w:tcPr>
            <w:tcW w:w="5076" w:type="dxa"/>
            <w:shd w:val="clear" w:color="auto" w:fill="F6F8FB"/>
            <w:tcMar>
              <w:top w:w="70" w:type="dxa"/>
              <w:left w:w="100" w:type="dxa"/>
              <w:bottom w:w="70" w:type="dxa"/>
              <w:right w:w="100" w:type="dxa"/>
            </w:tcMar>
            <w:vAlign w:val="center"/>
          </w:tcPr>
          <w:p w14:paraId="0275F0B7" w14:textId="77777777" w:rsidR="00F8026E" w:rsidRDefault="00E25352">
            <w:pPr>
              <w:spacing w:after="0" w:line="240" w:lineRule="auto"/>
            </w:pPr>
            <w:r>
              <w:rPr>
                <w:color w:val="5E6875"/>
                <w:sz w:val="16"/>
              </w:rPr>
              <w:t>EMAIL ADDRESS</w:t>
            </w:r>
            <w:r>
              <w:rPr>
                <w:color w:val="5E6875"/>
                <w:sz w:val="16"/>
              </w:rPr>
              <w:br/>
              <w:t>________________________</w:t>
            </w:r>
          </w:p>
        </w:tc>
      </w:tr>
      <w:tr w:rsidR="00F8026E" w14:paraId="1BA94C1D" w14:textId="77777777">
        <w:trPr>
          <w:cantSplit/>
          <w:jc w:val="center"/>
        </w:trPr>
        <w:tc>
          <w:tcPr>
            <w:tcW w:w="5076" w:type="dxa"/>
            <w:shd w:val="clear" w:color="auto" w:fill="F6F8FB"/>
            <w:tcMar>
              <w:top w:w="70" w:type="dxa"/>
              <w:left w:w="100" w:type="dxa"/>
              <w:bottom w:w="70" w:type="dxa"/>
              <w:right w:w="100" w:type="dxa"/>
            </w:tcMar>
            <w:vAlign w:val="center"/>
          </w:tcPr>
          <w:p w14:paraId="7CEEE9C5" w14:textId="77777777" w:rsidR="00F8026E" w:rsidRDefault="00E25352">
            <w:pPr>
              <w:spacing w:after="0" w:line="240" w:lineRule="auto"/>
            </w:pPr>
            <w:r>
              <w:rPr>
                <w:color w:val="5E6875"/>
                <w:sz w:val="16"/>
              </w:rPr>
              <w:t>DATE OF BIRTH</w:t>
            </w:r>
            <w:r>
              <w:rPr>
                <w:color w:val="5E6875"/>
                <w:sz w:val="16"/>
              </w:rPr>
              <w:br/>
              <w:t>________________________</w:t>
            </w:r>
          </w:p>
        </w:tc>
        <w:tc>
          <w:tcPr>
            <w:tcW w:w="5076" w:type="dxa"/>
            <w:shd w:val="clear" w:color="auto" w:fill="F6F8FB"/>
            <w:tcMar>
              <w:top w:w="70" w:type="dxa"/>
              <w:left w:w="100" w:type="dxa"/>
              <w:bottom w:w="70" w:type="dxa"/>
              <w:right w:w="100" w:type="dxa"/>
            </w:tcMar>
            <w:vAlign w:val="center"/>
          </w:tcPr>
          <w:p w14:paraId="748B3626" w14:textId="77777777" w:rsidR="00F8026E" w:rsidRDefault="00E25352">
            <w:pPr>
              <w:spacing w:after="0" w:line="240" w:lineRule="auto"/>
            </w:pPr>
            <w:r>
              <w:rPr>
                <w:color w:val="5E6875"/>
                <w:sz w:val="16"/>
              </w:rPr>
              <w:t>LENGTH OF RESIDENCE AT CURRENT ADDRESS</w:t>
            </w:r>
            <w:r>
              <w:rPr>
                <w:color w:val="5E6875"/>
                <w:sz w:val="16"/>
              </w:rPr>
              <w:br/>
              <w:t>________________________</w:t>
            </w:r>
          </w:p>
        </w:tc>
      </w:tr>
      <w:tr w:rsidR="00F8026E" w14:paraId="73697AFC" w14:textId="77777777">
        <w:trPr>
          <w:cantSplit/>
          <w:jc w:val="center"/>
        </w:trPr>
        <w:tc>
          <w:tcPr>
            <w:tcW w:w="5076" w:type="dxa"/>
            <w:shd w:val="clear" w:color="auto" w:fill="F6F8FB"/>
            <w:tcMar>
              <w:top w:w="70" w:type="dxa"/>
              <w:left w:w="100" w:type="dxa"/>
              <w:bottom w:w="70" w:type="dxa"/>
              <w:right w:w="100" w:type="dxa"/>
            </w:tcMar>
            <w:vAlign w:val="center"/>
          </w:tcPr>
          <w:p w14:paraId="48D9B533" w14:textId="77777777" w:rsidR="00F8026E" w:rsidRDefault="00E25352">
            <w:pPr>
              <w:spacing w:after="0" w:line="240" w:lineRule="auto"/>
            </w:pPr>
            <w:r>
              <w:rPr>
                <w:color w:val="5E6875"/>
                <w:sz w:val="16"/>
              </w:rPr>
              <w:t>OCCUPATION / PROFESSION</w:t>
            </w:r>
            <w:r>
              <w:rPr>
                <w:color w:val="5E6875"/>
                <w:sz w:val="16"/>
              </w:rPr>
              <w:br/>
              <w:t>________________________</w:t>
            </w:r>
          </w:p>
        </w:tc>
        <w:tc>
          <w:tcPr>
            <w:tcW w:w="5076" w:type="dxa"/>
            <w:shd w:val="clear" w:color="auto" w:fill="F6F8FB"/>
            <w:tcMar>
              <w:top w:w="70" w:type="dxa"/>
              <w:left w:w="100" w:type="dxa"/>
              <w:bottom w:w="70" w:type="dxa"/>
              <w:right w:w="100" w:type="dxa"/>
            </w:tcMar>
            <w:vAlign w:val="center"/>
          </w:tcPr>
          <w:p w14:paraId="63093600" w14:textId="77777777" w:rsidR="00F8026E" w:rsidRDefault="00E25352">
            <w:pPr>
              <w:spacing w:after="0" w:line="240" w:lineRule="auto"/>
            </w:pPr>
            <w:r>
              <w:rPr>
                <w:color w:val="5E6875"/>
                <w:sz w:val="16"/>
              </w:rPr>
              <w:t>EMPLOYER (OPTIONAL)</w:t>
            </w:r>
            <w:r>
              <w:rPr>
                <w:color w:val="5E6875"/>
                <w:sz w:val="16"/>
              </w:rPr>
              <w:br/>
              <w:t>________________________</w:t>
            </w:r>
          </w:p>
        </w:tc>
      </w:tr>
    </w:tbl>
    <w:p w14:paraId="309FFF59" w14:textId="77777777" w:rsidR="00F8026E" w:rsidRDefault="00E25352">
      <w:pPr>
        <w:spacing w:before="100" w:after="40"/>
      </w:pPr>
      <w:r>
        <w:rPr>
          <w:b/>
          <w:color w:val="132A4F"/>
        </w:rPr>
        <w:t xml:space="preserve">Previous addresses during the past five years </w:t>
      </w:r>
      <w:r>
        <w:t>(attach a separate page if needed)</w:t>
      </w:r>
    </w:p>
    <w:tbl>
      <w:tblPr>
        <w:tblStyle w:val="TableGrid"/>
        <w:tblW w:w="10152" w:type="dxa"/>
        <w:jc w:val="center"/>
        <w:tblLayout w:type="fixed"/>
        <w:tblLook w:val="04A0" w:firstRow="1" w:lastRow="0" w:firstColumn="1" w:lastColumn="0" w:noHBand="0" w:noVBand="1"/>
      </w:tblPr>
      <w:tblGrid>
        <w:gridCol w:w="4850"/>
        <w:gridCol w:w="3200"/>
        <w:gridCol w:w="2102"/>
      </w:tblGrid>
      <w:tr w:rsidR="00F8026E" w14:paraId="15EAC51F" w14:textId="77777777">
        <w:trPr>
          <w:cantSplit/>
          <w:jc w:val="center"/>
        </w:trPr>
        <w:tc>
          <w:tcPr>
            <w:tcW w:w="4850" w:type="dxa"/>
            <w:shd w:val="clear" w:color="auto" w:fill="E9EFF6"/>
            <w:tcMar>
              <w:top w:w="70" w:type="dxa"/>
              <w:left w:w="100" w:type="dxa"/>
              <w:bottom w:w="70" w:type="dxa"/>
              <w:right w:w="100" w:type="dxa"/>
            </w:tcMar>
            <w:vAlign w:val="center"/>
          </w:tcPr>
          <w:p w14:paraId="0513BF18" w14:textId="77777777" w:rsidR="00F8026E" w:rsidRDefault="00E25352">
            <w:pPr>
              <w:spacing w:after="0" w:line="240" w:lineRule="auto"/>
              <w:jc w:val="center"/>
            </w:pPr>
            <w:r>
              <w:rPr>
                <w:b/>
                <w:color w:val="132A4F"/>
                <w:sz w:val="16"/>
              </w:rPr>
              <w:t>Street Address</w:t>
            </w:r>
          </w:p>
        </w:tc>
        <w:tc>
          <w:tcPr>
            <w:tcW w:w="3200" w:type="dxa"/>
            <w:shd w:val="clear" w:color="auto" w:fill="E9EFF6"/>
            <w:tcMar>
              <w:top w:w="70" w:type="dxa"/>
              <w:left w:w="100" w:type="dxa"/>
              <w:bottom w:w="70" w:type="dxa"/>
              <w:right w:w="100" w:type="dxa"/>
            </w:tcMar>
            <w:vAlign w:val="center"/>
          </w:tcPr>
          <w:p w14:paraId="6196B350" w14:textId="77777777" w:rsidR="00F8026E" w:rsidRDefault="00E25352">
            <w:pPr>
              <w:spacing w:after="0" w:line="240" w:lineRule="auto"/>
              <w:jc w:val="center"/>
            </w:pPr>
            <w:r>
              <w:rPr>
                <w:b/>
                <w:color w:val="132A4F"/>
                <w:sz w:val="16"/>
              </w:rPr>
              <w:t>City / State / ZIP</w:t>
            </w:r>
          </w:p>
        </w:tc>
        <w:tc>
          <w:tcPr>
            <w:tcW w:w="2102" w:type="dxa"/>
            <w:shd w:val="clear" w:color="auto" w:fill="E9EFF6"/>
            <w:tcMar>
              <w:top w:w="70" w:type="dxa"/>
              <w:left w:w="100" w:type="dxa"/>
              <w:bottom w:w="70" w:type="dxa"/>
              <w:right w:w="100" w:type="dxa"/>
            </w:tcMar>
            <w:vAlign w:val="center"/>
          </w:tcPr>
          <w:p w14:paraId="6D69FBB8" w14:textId="77777777" w:rsidR="00F8026E" w:rsidRDefault="00E25352">
            <w:pPr>
              <w:spacing w:after="0" w:line="240" w:lineRule="auto"/>
              <w:jc w:val="center"/>
            </w:pPr>
            <w:r>
              <w:rPr>
                <w:b/>
                <w:color w:val="132A4F"/>
                <w:sz w:val="16"/>
              </w:rPr>
              <w:t>Dates of Residence</w:t>
            </w:r>
          </w:p>
        </w:tc>
      </w:tr>
      <w:tr w:rsidR="00F8026E" w14:paraId="70520C9F" w14:textId="77777777">
        <w:trPr>
          <w:cantSplit/>
          <w:jc w:val="center"/>
        </w:trPr>
        <w:tc>
          <w:tcPr>
            <w:tcW w:w="4850" w:type="dxa"/>
            <w:tcMar>
              <w:top w:w="70" w:type="dxa"/>
              <w:left w:w="100" w:type="dxa"/>
              <w:bottom w:w="70" w:type="dxa"/>
              <w:right w:w="100" w:type="dxa"/>
            </w:tcMar>
            <w:vAlign w:val="center"/>
          </w:tcPr>
          <w:p w14:paraId="6A98F2BA" w14:textId="77777777" w:rsidR="00F8026E" w:rsidRDefault="00E25352">
            <w:pPr>
              <w:spacing w:after="0" w:line="240" w:lineRule="auto"/>
            </w:pPr>
            <w:r>
              <w:rPr>
                <w:color w:val="111111"/>
                <w:sz w:val="16"/>
              </w:rPr>
              <w:br/>
            </w:r>
          </w:p>
        </w:tc>
        <w:tc>
          <w:tcPr>
            <w:tcW w:w="3200" w:type="dxa"/>
            <w:tcMar>
              <w:top w:w="70" w:type="dxa"/>
              <w:left w:w="100" w:type="dxa"/>
              <w:bottom w:w="70" w:type="dxa"/>
              <w:right w:w="100" w:type="dxa"/>
            </w:tcMar>
            <w:vAlign w:val="center"/>
          </w:tcPr>
          <w:p w14:paraId="08A4B9D1" w14:textId="77777777" w:rsidR="00F8026E" w:rsidRDefault="00E25352">
            <w:pPr>
              <w:spacing w:after="0" w:line="240" w:lineRule="auto"/>
            </w:pPr>
            <w:r>
              <w:rPr>
                <w:color w:val="111111"/>
                <w:sz w:val="16"/>
              </w:rPr>
              <w:br/>
            </w:r>
          </w:p>
        </w:tc>
        <w:tc>
          <w:tcPr>
            <w:tcW w:w="2102" w:type="dxa"/>
            <w:tcMar>
              <w:top w:w="70" w:type="dxa"/>
              <w:left w:w="100" w:type="dxa"/>
              <w:bottom w:w="70" w:type="dxa"/>
              <w:right w:w="100" w:type="dxa"/>
            </w:tcMar>
            <w:vAlign w:val="center"/>
          </w:tcPr>
          <w:p w14:paraId="32793E26" w14:textId="77777777" w:rsidR="00F8026E" w:rsidRDefault="00E25352">
            <w:pPr>
              <w:spacing w:after="0" w:line="240" w:lineRule="auto"/>
            </w:pPr>
            <w:r>
              <w:rPr>
                <w:color w:val="111111"/>
                <w:sz w:val="16"/>
              </w:rPr>
              <w:br/>
            </w:r>
          </w:p>
        </w:tc>
      </w:tr>
      <w:tr w:rsidR="00F8026E" w14:paraId="09BC2594" w14:textId="77777777">
        <w:trPr>
          <w:cantSplit/>
          <w:jc w:val="center"/>
        </w:trPr>
        <w:tc>
          <w:tcPr>
            <w:tcW w:w="4850" w:type="dxa"/>
            <w:tcMar>
              <w:top w:w="70" w:type="dxa"/>
              <w:left w:w="100" w:type="dxa"/>
              <w:bottom w:w="70" w:type="dxa"/>
              <w:right w:w="100" w:type="dxa"/>
            </w:tcMar>
            <w:vAlign w:val="center"/>
          </w:tcPr>
          <w:p w14:paraId="16BB2148" w14:textId="77777777" w:rsidR="00F8026E" w:rsidRDefault="00E25352">
            <w:pPr>
              <w:spacing w:after="0" w:line="240" w:lineRule="auto"/>
            </w:pPr>
            <w:r>
              <w:rPr>
                <w:color w:val="111111"/>
                <w:sz w:val="16"/>
              </w:rPr>
              <w:br/>
            </w:r>
          </w:p>
        </w:tc>
        <w:tc>
          <w:tcPr>
            <w:tcW w:w="3200" w:type="dxa"/>
            <w:tcMar>
              <w:top w:w="70" w:type="dxa"/>
              <w:left w:w="100" w:type="dxa"/>
              <w:bottom w:w="70" w:type="dxa"/>
              <w:right w:w="100" w:type="dxa"/>
            </w:tcMar>
            <w:vAlign w:val="center"/>
          </w:tcPr>
          <w:p w14:paraId="23F881D4" w14:textId="77777777" w:rsidR="00F8026E" w:rsidRDefault="00E25352">
            <w:pPr>
              <w:spacing w:after="0" w:line="240" w:lineRule="auto"/>
            </w:pPr>
            <w:r>
              <w:rPr>
                <w:color w:val="111111"/>
                <w:sz w:val="16"/>
              </w:rPr>
              <w:br/>
            </w:r>
          </w:p>
        </w:tc>
        <w:tc>
          <w:tcPr>
            <w:tcW w:w="2102" w:type="dxa"/>
            <w:tcMar>
              <w:top w:w="70" w:type="dxa"/>
              <w:left w:w="100" w:type="dxa"/>
              <w:bottom w:w="70" w:type="dxa"/>
              <w:right w:w="100" w:type="dxa"/>
            </w:tcMar>
            <w:vAlign w:val="center"/>
          </w:tcPr>
          <w:p w14:paraId="0F995E1D" w14:textId="77777777" w:rsidR="00F8026E" w:rsidRDefault="00E25352">
            <w:pPr>
              <w:spacing w:after="0" w:line="240" w:lineRule="auto"/>
            </w:pPr>
            <w:r>
              <w:rPr>
                <w:color w:val="111111"/>
                <w:sz w:val="16"/>
              </w:rPr>
              <w:br/>
            </w:r>
          </w:p>
        </w:tc>
      </w:tr>
    </w:tbl>
    <w:tbl>
      <w:tblPr>
        <w:tblW w:w="10152" w:type="dxa"/>
        <w:jc w:val="center"/>
        <w:tblLayout w:type="fixed"/>
        <w:tblLook w:val="04A0" w:firstRow="1" w:lastRow="0" w:firstColumn="1" w:lastColumn="0" w:noHBand="0" w:noVBand="1"/>
      </w:tblPr>
      <w:tblGrid>
        <w:gridCol w:w="10152"/>
      </w:tblGrid>
      <w:tr w:rsidR="00F8026E" w14:paraId="49185E61" w14:textId="77777777">
        <w:trPr>
          <w:cantSplit/>
          <w:jc w:val="center"/>
        </w:trPr>
        <w:tc>
          <w:tcPr>
            <w:tcW w:w="10152" w:type="dxa"/>
            <w:shd w:val="clear" w:color="auto" w:fill="132A4F"/>
            <w:tcMar>
              <w:top w:w="70" w:type="dxa"/>
              <w:left w:w="100" w:type="dxa"/>
              <w:bottom w:w="70" w:type="dxa"/>
              <w:right w:w="100" w:type="dxa"/>
            </w:tcMar>
            <w:vAlign w:val="center"/>
          </w:tcPr>
          <w:p w14:paraId="11FA443C" w14:textId="77777777" w:rsidR="00F8026E" w:rsidRDefault="00E25352">
            <w:pPr>
              <w:spacing w:after="0" w:line="240" w:lineRule="auto"/>
            </w:pPr>
            <w:r>
              <w:rPr>
                <w:b/>
                <w:color w:val="FFFFFF"/>
                <w:sz w:val="21"/>
              </w:rPr>
              <w:t>2. BASIC QUALIFICATIONS AND PERSONAL DECLARATION</w:t>
            </w:r>
          </w:p>
        </w:tc>
      </w:tr>
    </w:tbl>
    <w:p w14:paraId="46E98C00" w14:textId="77777777" w:rsidR="00F8026E" w:rsidRDefault="00F8026E">
      <w:pPr>
        <w:spacing w:after="20"/>
      </w:pPr>
    </w:p>
    <w:p w14:paraId="08ACB0E6" w14:textId="77777777" w:rsidR="00F8026E" w:rsidRDefault="00E25352">
      <w:pPr>
        <w:keepLines/>
        <w:spacing w:after="40"/>
      </w:pPr>
      <w:r>
        <w:rPr>
          <w:b/>
          <w:color w:val="132A4F"/>
        </w:rPr>
        <w:t xml:space="preserve">Do you believe in the existence of one ever-living and true God?   </w:t>
      </w:r>
      <w:r>
        <w:t>☐</w:t>
      </w:r>
      <w:r>
        <w:t xml:space="preserve"> Yes    ☐ No</w:t>
      </w:r>
    </w:p>
    <w:p w14:paraId="640B1350" w14:textId="77777777" w:rsidR="00F8026E" w:rsidRDefault="00E25352">
      <w:pPr>
        <w:keepLines/>
        <w:spacing w:after="40"/>
      </w:pPr>
      <w:r>
        <w:rPr>
          <w:b/>
          <w:color w:val="132A4F"/>
        </w:rPr>
        <w:t xml:space="preserve">Are you applying freely and voluntarily, without improper solicitation or expectation of financial gain?   </w:t>
      </w:r>
      <w:r>
        <w:t>☐</w:t>
      </w:r>
      <w:r>
        <w:t xml:space="preserve"> Yes    ☐ No</w:t>
      </w:r>
    </w:p>
    <w:p w14:paraId="17F0C0E7" w14:textId="77777777" w:rsidR="00F8026E" w:rsidRDefault="00E25352">
      <w:pPr>
        <w:keepLines/>
        <w:spacing w:after="40"/>
      </w:pPr>
      <w:r>
        <w:rPr>
          <w:b/>
          <w:color w:val="132A4F"/>
        </w:rPr>
        <w:t xml:space="preserve">Are you willing to comply with the Constitution, laws, regulations, customs, and lawful decisions of the Lodge and Grand Lodge?   </w:t>
      </w:r>
      <w:r>
        <w:t>☐</w:t>
      </w:r>
      <w:r>
        <w:t xml:space="preserve"> Yes    ☐ No</w:t>
      </w:r>
    </w:p>
    <w:p w14:paraId="0A25136C" w14:textId="77777777" w:rsidR="00F8026E" w:rsidRDefault="00E25352">
      <w:r>
        <w:br w:type="page"/>
      </w:r>
    </w:p>
    <w:tbl>
      <w:tblPr>
        <w:tblW w:w="10152" w:type="dxa"/>
        <w:jc w:val="center"/>
        <w:tblLayout w:type="fixed"/>
        <w:tblLook w:val="04A0" w:firstRow="1" w:lastRow="0" w:firstColumn="1" w:lastColumn="0" w:noHBand="0" w:noVBand="1"/>
      </w:tblPr>
      <w:tblGrid>
        <w:gridCol w:w="10152"/>
      </w:tblGrid>
      <w:tr w:rsidR="00F8026E" w14:paraId="3F8EF139" w14:textId="77777777">
        <w:trPr>
          <w:cantSplit/>
          <w:jc w:val="center"/>
        </w:trPr>
        <w:tc>
          <w:tcPr>
            <w:tcW w:w="10152" w:type="dxa"/>
            <w:shd w:val="clear" w:color="auto" w:fill="132A4F"/>
            <w:tcMar>
              <w:top w:w="70" w:type="dxa"/>
              <w:left w:w="100" w:type="dxa"/>
              <w:bottom w:w="70" w:type="dxa"/>
              <w:right w:w="100" w:type="dxa"/>
            </w:tcMar>
            <w:vAlign w:val="center"/>
          </w:tcPr>
          <w:p w14:paraId="4B66BDDF" w14:textId="77777777" w:rsidR="00F8026E" w:rsidRDefault="00E25352">
            <w:pPr>
              <w:spacing w:after="0" w:line="240" w:lineRule="auto"/>
            </w:pPr>
            <w:r>
              <w:rPr>
                <w:b/>
                <w:color w:val="FFFFFF"/>
                <w:sz w:val="21"/>
              </w:rPr>
              <w:lastRenderedPageBreak/>
              <w:t>3. ELIGIBILITY, BACKGROUND, AND MASONIC HISTORY</w:t>
            </w:r>
          </w:p>
        </w:tc>
      </w:tr>
    </w:tbl>
    <w:p w14:paraId="69C8F00C" w14:textId="77777777" w:rsidR="00F8026E" w:rsidRDefault="00F8026E">
      <w:pPr>
        <w:spacing w:after="20"/>
      </w:pPr>
    </w:p>
    <w:p w14:paraId="5CADDC1E" w14:textId="77777777" w:rsidR="00F8026E" w:rsidRDefault="00E25352">
      <w:pPr>
        <w:keepLines/>
        <w:spacing w:after="40"/>
      </w:pPr>
      <w:r>
        <w:rPr>
          <w:b/>
          <w:color w:val="132A4F"/>
        </w:rPr>
        <w:t xml:space="preserve">Have you previously petitioned any Masonic Lodge for the degrees of Freemasonry?   </w:t>
      </w:r>
      <w:r>
        <w:t>☐</w:t>
      </w:r>
      <w:r>
        <w:t xml:space="preserve"> Yes    ☐ No</w:t>
      </w:r>
    </w:p>
    <w:p w14:paraId="14E249FC" w14:textId="77777777" w:rsidR="00F8026E" w:rsidRDefault="00E25352">
      <w:pPr>
        <w:spacing w:line="240" w:lineRule="auto"/>
      </w:pPr>
      <w:r>
        <w:t>If yes, please explain: __________________________________________________________________________________</w:t>
      </w:r>
    </w:p>
    <w:p w14:paraId="483D0F47" w14:textId="77777777" w:rsidR="00F8026E" w:rsidRDefault="00E25352">
      <w:pPr>
        <w:keepLines/>
        <w:spacing w:after="40"/>
      </w:pPr>
      <w:r>
        <w:rPr>
          <w:b/>
          <w:color w:val="132A4F"/>
        </w:rPr>
        <w:t xml:space="preserve">Have you ever been rejected, suspended, expelled, or otherwise disciplined by a Masonic body?   </w:t>
      </w:r>
      <w:r>
        <w:t>☐</w:t>
      </w:r>
      <w:r>
        <w:t xml:space="preserve"> Yes    ☐ No</w:t>
      </w:r>
    </w:p>
    <w:p w14:paraId="6980029D" w14:textId="77777777" w:rsidR="00F8026E" w:rsidRDefault="00E25352">
      <w:pPr>
        <w:spacing w:line="240" w:lineRule="auto"/>
      </w:pPr>
      <w:r>
        <w:t>If yes, please explain: __________________________________________________________________________________</w:t>
      </w:r>
    </w:p>
    <w:p w14:paraId="6EF1297C" w14:textId="77777777" w:rsidR="00F8026E" w:rsidRDefault="00E25352">
      <w:pPr>
        <w:keepLines/>
        <w:spacing w:after="40"/>
      </w:pPr>
      <w:r>
        <w:rPr>
          <w:b/>
          <w:color w:val="132A4F"/>
        </w:rPr>
        <w:t xml:space="preserve">Are you currently a member of, or have you ever belonged to, any Masonic or Masonic-related organization?   </w:t>
      </w:r>
      <w:r>
        <w:t>☐</w:t>
      </w:r>
      <w:r>
        <w:t xml:space="preserve"> Yes    ☐ No</w:t>
      </w:r>
    </w:p>
    <w:p w14:paraId="34D15BD4" w14:textId="77777777" w:rsidR="00F8026E" w:rsidRDefault="00E25352">
      <w:pPr>
        <w:spacing w:line="240" w:lineRule="auto"/>
      </w:pPr>
      <w:r>
        <w:t>If yes, please explain: __________________________________________________________________________________</w:t>
      </w:r>
    </w:p>
    <w:p w14:paraId="5EBCAF80" w14:textId="77777777" w:rsidR="00F8026E" w:rsidRDefault="00E25352">
      <w:pPr>
        <w:spacing w:before="40" w:after="40"/>
      </w:pPr>
      <w:r>
        <w:rPr>
          <w:b/>
          <w:color w:val="132A4F"/>
        </w:rPr>
        <w:t>Prior Masonic application or membership details</w:t>
      </w:r>
    </w:p>
    <w:tbl>
      <w:tblPr>
        <w:tblStyle w:val="TableGrid"/>
        <w:tblW w:w="10152" w:type="dxa"/>
        <w:jc w:val="center"/>
        <w:tblLayout w:type="fixed"/>
        <w:tblLook w:val="04A0" w:firstRow="1" w:lastRow="0" w:firstColumn="1" w:lastColumn="0" w:noHBand="0" w:noVBand="1"/>
      </w:tblPr>
      <w:tblGrid>
        <w:gridCol w:w="3000"/>
        <w:gridCol w:w="2500"/>
        <w:gridCol w:w="1700"/>
        <w:gridCol w:w="2952"/>
      </w:tblGrid>
      <w:tr w:rsidR="00F8026E" w14:paraId="205F3C83" w14:textId="77777777">
        <w:trPr>
          <w:cantSplit/>
          <w:jc w:val="center"/>
        </w:trPr>
        <w:tc>
          <w:tcPr>
            <w:tcW w:w="3000" w:type="dxa"/>
            <w:shd w:val="clear" w:color="auto" w:fill="E9EFF6"/>
            <w:tcMar>
              <w:top w:w="70" w:type="dxa"/>
              <w:left w:w="100" w:type="dxa"/>
              <w:bottom w:w="70" w:type="dxa"/>
              <w:right w:w="100" w:type="dxa"/>
            </w:tcMar>
            <w:vAlign w:val="center"/>
          </w:tcPr>
          <w:p w14:paraId="07A5B964" w14:textId="77777777" w:rsidR="00F8026E" w:rsidRDefault="00E25352">
            <w:pPr>
              <w:spacing w:after="0" w:line="240" w:lineRule="auto"/>
              <w:jc w:val="center"/>
            </w:pPr>
            <w:r>
              <w:rPr>
                <w:b/>
                <w:color w:val="132A4F"/>
                <w:sz w:val="16"/>
              </w:rPr>
              <w:t>Lodge / Organization</w:t>
            </w:r>
          </w:p>
        </w:tc>
        <w:tc>
          <w:tcPr>
            <w:tcW w:w="2500" w:type="dxa"/>
            <w:shd w:val="clear" w:color="auto" w:fill="E9EFF6"/>
            <w:tcMar>
              <w:top w:w="70" w:type="dxa"/>
              <w:left w:w="100" w:type="dxa"/>
              <w:bottom w:w="70" w:type="dxa"/>
              <w:right w:w="100" w:type="dxa"/>
            </w:tcMar>
            <w:vAlign w:val="center"/>
          </w:tcPr>
          <w:p w14:paraId="7BC5D66A" w14:textId="77777777" w:rsidR="00F8026E" w:rsidRDefault="00E25352">
            <w:pPr>
              <w:spacing w:after="0" w:line="240" w:lineRule="auto"/>
              <w:jc w:val="center"/>
            </w:pPr>
            <w:r>
              <w:rPr>
                <w:b/>
                <w:color w:val="132A4F"/>
                <w:sz w:val="16"/>
              </w:rPr>
              <w:t>Location</w:t>
            </w:r>
          </w:p>
        </w:tc>
        <w:tc>
          <w:tcPr>
            <w:tcW w:w="1700" w:type="dxa"/>
            <w:shd w:val="clear" w:color="auto" w:fill="E9EFF6"/>
            <w:tcMar>
              <w:top w:w="70" w:type="dxa"/>
              <w:left w:w="100" w:type="dxa"/>
              <w:bottom w:w="70" w:type="dxa"/>
              <w:right w:w="100" w:type="dxa"/>
            </w:tcMar>
            <w:vAlign w:val="center"/>
          </w:tcPr>
          <w:p w14:paraId="6FBF9D56" w14:textId="77777777" w:rsidR="00F8026E" w:rsidRDefault="00E25352">
            <w:pPr>
              <w:spacing w:after="0" w:line="240" w:lineRule="auto"/>
              <w:jc w:val="center"/>
            </w:pPr>
            <w:r>
              <w:rPr>
                <w:b/>
                <w:color w:val="132A4F"/>
                <w:sz w:val="16"/>
              </w:rPr>
              <w:t>Date(s)</w:t>
            </w:r>
          </w:p>
        </w:tc>
        <w:tc>
          <w:tcPr>
            <w:tcW w:w="2952" w:type="dxa"/>
            <w:shd w:val="clear" w:color="auto" w:fill="E9EFF6"/>
            <w:tcMar>
              <w:top w:w="70" w:type="dxa"/>
              <w:left w:w="100" w:type="dxa"/>
              <w:bottom w:w="70" w:type="dxa"/>
              <w:right w:w="100" w:type="dxa"/>
            </w:tcMar>
            <w:vAlign w:val="center"/>
          </w:tcPr>
          <w:p w14:paraId="2503DDC3" w14:textId="77777777" w:rsidR="00F8026E" w:rsidRDefault="00E25352">
            <w:pPr>
              <w:spacing w:after="0" w:line="240" w:lineRule="auto"/>
              <w:jc w:val="center"/>
            </w:pPr>
            <w:r>
              <w:rPr>
                <w:b/>
                <w:color w:val="132A4F"/>
                <w:sz w:val="16"/>
              </w:rPr>
              <w:t>Result / Current Status</w:t>
            </w:r>
          </w:p>
        </w:tc>
      </w:tr>
      <w:tr w:rsidR="00F8026E" w14:paraId="36C6B03A" w14:textId="77777777">
        <w:trPr>
          <w:cantSplit/>
          <w:jc w:val="center"/>
        </w:trPr>
        <w:tc>
          <w:tcPr>
            <w:tcW w:w="3000" w:type="dxa"/>
            <w:tcMar>
              <w:top w:w="70" w:type="dxa"/>
              <w:left w:w="100" w:type="dxa"/>
              <w:bottom w:w="70" w:type="dxa"/>
              <w:right w:w="100" w:type="dxa"/>
            </w:tcMar>
            <w:vAlign w:val="center"/>
          </w:tcPr>
          <w:p w14:paraId="00A129B0" w14:textId="77777777" w:rsidR="00F8026E" w:rsidRDefault="00E25352">
            <w:pPr>
              <w:spacing w:after="0" w:line="240" w:lineRule="auto"/>
            </w:pPr>
            <w:r>
              <w:rPr>
                <w:color w:val="111111"/>
                <w:sz w:val="16"/>
              </w:rPr>
              <w:br/>
            </w:r>
          </w:p>
        </w:tc>
        <w:tc>
          <w:tcPr>
            <w:tcW w:w="2500" w:type="dxa"/>
            <w:tcMar>
              <w:top w:w="70" w:type="dxa"/>
              <w:left w:w="100" w:type="dxa"/>
              <w:bottom w:w="70" w:type="dxa"/>
              <w:right w:w="100" w:type="dxa"/>
            </w:tcMar>
            <w:vAlign w:val="center"/>
          </w:tcPr>
          <w:p w14:paraId="41C8EBFA" w14:textId="77777777" w:rsidR="00F8026E" w:rsidRDefault="00E25352">
            <w:pPr>
              <w:spacing w:after="0" w:line="240" w:lineRule="auto"/>
            </w:pPr>
            <w:r>
              <w:rPr>
                <w:color w:val="111111"/>
                <w:sz w:val="16"/>
              </w:rPr>
              <w:br/>
            </w:r>
          </w:p>
        </w:tc>
        <w:tc>
          <w:tcPr>
            <w:tcW w:w="1700" w:type="dxa"/>
            <w:tcMar>
              <w:top w:w="70" w:type="dxa"/>
              <w:left w:w="100" w:type="dxa"/>
              <w:bottom w:w="70" w:type="dxa"/>
              <w:right w:w="100" w:type="dxa"/>
            </w:tcMar>
            <w:vAlign w:val="center"/>
          </w:tcPr>
          <w:p w14:paraId="5411A1A6" w14:textId="77777777" w:rsidR="00F8026E" w:rsidRDefault="00E25352">
            <w:pPr>
              <w:spacing w:after="0" w:line="240" w:lineRule="auto"/>
            </w:pPr>
            <w:r>
              <w:rPr>
                <w:color w:val="111111"/>
                <w:sz w:val="16"/>
              </w:rPr>
              <w:br/>
            </w:r>
          </w:p>
        </w:tc>
        <w:tc>
          <w:tcPr>
            <w:tcW w:w="2952" w:type="dxa"/>
            <w:tcMar>
              <w:top w:w="70" w:type="dxa"/>
              <w:left w:w="100" w:type="dxa"/>
              <w:bottom w:w="70" w:type="dxa"/>
              <w:right w:w="100" w:type="dxa"/>
            </w:tcMar>
            <w:vAlign w:val="center"/>
          </w:tcPr>
          <w:p w14:paraId="43733BB7" w14:textId="77777777" w:rsidR="00F8026E" w:rsidRDefault="00E25352">
            <w:pPr>
              <w:spacing w:after="0" w:line="240" w:lineRule="auto"/>
            </w:pPr>
            <w:r>
              <w:rPr>
                <w:color w:val="111111"/>
                <w:sz w:val="16"/>
              </w:rPr>
              <w:br/>
            </w:r>
          </w:p>
        </w:tc>
      </w:tr>
      <w:tr w:rsidR="00F8026E" w14:paraId="4352AE2C" w14:textId="77777777">
        <w:trPr>
          <w:cantSplit/>
          <w:jc w:val="center"/>
        </w:trPr>
        <w:tc>
          <w:tcPr>
            <w:tcW w:w="3000" w:type="dxa"/>
            <w:tcMar>
              <w:top w:w="70" w:type="dxa"/>
              <w:left w:w="100" w:type="dxa"/>
              <w:bottom w:w="70" w:type="dxa"/>
              <w:right w:w="100" w:type="dxa"/>
            </w:tcMar>
            <w:vAlign w:val="center"/>
          </w:tcPr>
          <w:p w14:paraId="7F636540" w14:textId="77777777" w:rsidR="00F8026E" w:rsidRDefault="00E25352">
            <w:pPr>
              <w:spacing w:after="0" w:line="240" w:lineRule="auto"/>
            </w:pPr>
            <w:r>
              <w:rPr>
                <w:color w:val="111111"/>
                <w:sz w:val="16"/>
              </w:rPr>
              <w:br/>
            </w:r>
          </w:p>
        </w:tc>
        <w:tc>
          <w:tcPr>
            <w:tcW w:w="2500" w:type="dxa"/>
            <w:tcMar>
              <w:top w:w="70" w:type="dxa"/>
              <w:left w:w="100" w:type="dxa"/>
              <w:bottom w:w="70" w:type="dxa"/>
              <w:right w:w="100" w:type="dxa"/>
            </w:tcMar>
            <w:vAlign w:val="center"/>
          </w:tcPr>
          <w:p w14:paraId="233053B2" w14:textId="77777777" w:rsidR="00F8026E" w:rsidRDefault="00E25352">
            <w:pPr>
              <w:spacing w:after="0" w:line="240" w:lineRule="auto"/>
            </w:pPr>
            <w:r>
              <w:rPr>
                <w:color w:val="111111"/>
                <w:sz w:val="16"/>
              </w:rPr>
              <w:br/>
            </w:r>
          </w:p>
        </w:tc>
        <w:tc>
          <w:tcPr>
            <w:tcW w:w="1700" w:type="dxa"/>
            <w:tcMar>
              <w:top w:w="70" w:type="dxa"/>
              <w:left w:w="100" w:type="dxa"/>
              <w:bottom w:w="70" w:type="dxa"/>
              <w:right w:w="100" w:type="dxa"/>
            </w:tcMar>
            <w:vAlign w:val="center"/>
          </w:tcPr>
          <w:p w14:paraId="1007887E" w14:textId="77777777" w:rsidR="00F8026E" w:rsidRDefault="00E25352">
            <w:pPr>
              <w:spacing w:after="0" w:line="240" w:lineRule="auto"/>
            </w:pPr>
            <w:r>
              <w:rPr>
                <w:color w:val="111111"/>
                <w:sz w:val="16"/>
              </w:rPr>
              <w:br/>
            </w:r>
          </w:p>
        </w:tc>
        <w:tc>
          <w:tcPr>
            <w:tcW w:w="2952" w:type="dxa"/>
            <w:tcMar>
              <w:top w:w="70" w:type="dxa"/>
              <w:left w:w="100" w:type="dxa"/>
              <w:bottom w:w="70" w:type="dxa"/>
              <w:right w:w="100" w:type="dxa"/>
            </w:tcMar>
            <w:vAlign w:val="center"/>
          </w:tcPr>
          <w:p w14:paraId="0C0BFF6D" w14:textId="77777777" w:rsidR="00F8026E" w:rsidRDefault="00E25352">
            <w:pPr>
              <w:spacing w:after="0" w:line="240" w:lineRule="auto"/>
            </w:pPr>
            <w:r>
              <w:rPr>
                <w:color w:val="111111"/>
                <w:sz w:val="16"/>
              </w:rPr>
              <w:br/>
            </w:r>
          </w:p>
        </w:tc>
      </w:tr>
      <w:tr w:rsidR="00F8026E" w14:paraId="1A5C87FA" w14:textId="77777777">
        <w:trPr>
          <w:cantSplit/>
          <w:jc w:val="center"/>
        </w:trPr>
        <w:tc>
          <w:tcPr>
            <w:tcW w:w="3000" w:type="dxa"/>
            <w:tcMar>
              <w:top w:w="70" w:type="dxa"/>
              <w:left w:w="100" w:type="dxa"/>
              <w:bottom w:w="70" w:type="dxa"/>
              <w:right w:w="100" w:type="dxa"/>
            </w:tcMar>
            <w:vAlign w:val="center"/>
          </w:tcPr>
          <w:p w14:paraId="55F0A2F4" w14:textId="77777777" w:rsidR="00F8026E" w:rsidRDefault="00E25352">
            <w:pPr>
              <w:spacing w:after="0" w:line="240" w:lineRule="auto"/>
            </w:pPr>
            <w:r>
              <w:rPr>
                <w:color w:val="111111"/>
                <w:sz w:val="16"/>
              </w:rPr>
              <w:br/>
            </w:r>
          </w:p>
        </w:tc>
        <w:tc>
          <w:tcPr>
            <w:tcW w:w="2500" w:type="dxa"/>
            <w:tcMar>
              <w:top w:w="70" w:type="dxa"/>
              <w:left w:w="100" w:type="dxa"/>
              <w:bottom w:w="70" w:type="dxa"/>
              <w:right w:w="100" w:type="dxa"/>
            </w:tcMar>
            <w:vAlign w:val="center"/>
          </w:tcPr>
          <w:p w14:paraId="0BA843BC" w14:textId="77777777" w:rsidR="00F8026E" w:rsidRDefault="00E25352">
            <w:pPr>
              <w:spacing w:after="0" w:line="240" w:lineRule="auto"/>
            </w:pPr>
            <w:r>
              <w:rPr>
                <w:color w:val="111111"/>
                <w:sz w:val="16"/>
              </w:rPr>
              <w:br/>
            </w:r>
          </w:p>
        </w:tc>
        <w:tc>
          <w:tcPr>
            <w:tcW w:w="1700" w:type="dxa"/>
            <w:tcMar>
              <w:top w:w="70" w:type="dxa"/>
              <w:left w:w="100" w:type="dxa"/>
              <w:bottom w:w="70" w:type="dxa"/>
              <w:right w:w="100" w:type="dxa"/>
            </w:tcMar>
            <w:vAlign w:val="center"/>
          </w:tcPr>
          <w:p w14:paraId="513B35A6" w14:textId="77777777" w:rsidR="00F8026E" w:rsidRDefault="00E25352">
            <w:pPr>
              <w:spacing w:after="0" w:line="240" w:lineRule="auto"/>
            </w:pPr>
            <w:r>
              <w:rPr>
                <w:color w:val="111111"/>
                <w:sz w:val="16"/>
              </w:rPr>
              <w:br/>
            </w:r>
          </w:p>
        </w:tc>
        <w:tc>
          <w:tcPr>
            <w:tcW w:w="2952" w:type="dxa"/>
            <w:tcMar>
              <w:top w:w="70" w:type="dxa"/>
              <w:left w:w="100" w:type="dxa"/>
              <w:bottom w:w="70" w:type="dxa"/>
              <w:right w:w="100" w:type="dxa"/>
            </w:tcMar>
            <w:vAlign w:val="center"/>
          </w:tcPr>
          <w:p w14:paraId="6785FD8A" w14:textId="77777777" w:rsidR="00F8026E" w:rsidRDefault="00E25352">
            <w:pPr>
              <w:spacing w:after="0" w:line="240" w:lineRule="auto"/>
            </w:pPr>
            <w:r>
              <w:rPr>
                <w:color w:val="111111"/>
                <w:sz w:val="16"/>
              </w:rPr>
              <w:br/>
            </w:r>
          </w:p>
        </w:tc>
      </w:tr>
    </w:tbl>
    <w:p w14:paraId="6AD94A6C" w14:textId="77777777" w:rsidR="00F8026E" w:rsidRDefault="00E25352">
      <w:pPr>
        <w:keepLines/>
        <w:spacing w:after="40"/>
      </w:pPr>
      <w:r>
        <w:rPr>
          <w:b/>
          <w:color w:val="132A4F"/>
        </w:rPr>
        <w:t xml:space="preserve">Have you ever been convicted of, pleaded guilty or no contest to, or received deferred disposition for a criminal offense other than a minor traffic violation?   </w:t>
      </w:r>
      <w:r>
        <w:t>☐</w:t>
      </w:r>
      <w:r>
        <w:t xml:space="preserve"> Yes    ☐ No</w:t>
      </w:r>
    </w:p>
    <w:p w14:paraId="2D0911D0" w14:textId="77777777" w:rsidR="00F8026E" w:rsidRDefault="00E25352">
      <w:pPr>
        <w:spacing w:line="240" w:lineRule="auto"/>
      </w:pPr>
      <w:r>
        <w:t>If yes, please explain: __________________________________________________________________________________</w:t>
      </w:r>
    </w:p>
    <w:tbl>
      <w:tblPr>
        <w:tblW w:w="10152" w:type="dxa"/>
        <w:jc w:val="center"/>
        <w:tblLayout w:type="fixed"/>
        <w:tblLook w:val="04A0" w:firstRow="1" w:lastRow="0" w:firstColumn="1" w:lastColumn="0" w:noHBand="0" w:noVBand="1"/>
      </w:tblPr>
      <w:tblGrid>
        <w:gridCol w:w="10152"/>
      </w:tblGrid>
      <w:tr w:rsidR="00F8026E" w14:paraId="3DC2FF44" w14:textId="77777777">
        <w:trPr>
          <w:cantSplit/>
          <w:jc w:val="center"/>
        </w:trPr>
        <w:tc>
          <w:tcPr>
            <w:tcW w:w="10152" w:type="dxa"/>
            <w:shd w:val="clear" w:color="auto" w:fill="FFF6DD"/>
            <w:tcMar>
              <w:top w:w="70" w:type="dxa"/>
              <w:left w:w="100" w:type="dxa"/>
              <w:bottom w:w="70" w:type="dxa"/>
              <w:right w:w="100" w:type="dxa"/>
            </w:tcMar>
            <w:vAlign w:val="center"/>
          </w:tcPr>
          <w:p w14:paraId="4FFD26B6" w14:textId="77777777" w:rsidR="00F8026E" w:rsidRDefault="00E25352">
            <w:pPr>
              <w:spacing w:after="0" w:line="240" w:lineRule="auto"/>
            </w:pPr>
            <w:r>
              <w:rPr>
                <w:color w:val="132A4F"/>
                <w:sz w:val="17"/>
              </w:rPr>
              <w:t>Answer only as required by applicable law and lodge policy. An affirmative answer does not automatically determine the outcome; provide accurate dates, jurisdiction, disposition, and relevant explanation. Do not include sealed or expunged matters when disclosure is not legally required.</w:t>
            </w:r>
          </w:p>
        </w:tc>
      </w:tr>
    </w:tbl>
    <w:p w14:paraId="7CC7A3CC" w14:textId="77777777" w:rsidR="00F8026E" w:rsidRDefault="00E25352">
      <w:pPr>
        <w:keepLines/>
        <w:spacing w:after="40"/>
      </w:pPr>
      <w:r>
        <w:rPr>
          <w:b/>
          <w:color w:val="132A4F"/>
        </w:rPr>
        <w:t xml:space="preserve">Are there any unresolved legal obligations, court orders, or matters of personal conduct that could materially affect your ability to honor the duties and standards of membership?   </w:t>
      </w:r>
      <w:r>
        <w:t>☐</w:t>
      </w:r>
      <w:r>
        <w:t xml:space="preserve"> Yes    ☐ No</w:t>
      </w:r>
    </w:p>
    <w:p w14:paraId="11E3CFFC" w14:textId="77777777" w:rsidR="00F8026E" w:rsidRDefault="00E25352">
      <w:pPr>
        <w:spacing w:line="240" w:lineRule="auto"/>
      </w:pPr>
      <w:r>
        <w:t>If yes, please explain: __________________________________________________________________________________</w:t>
      </w:r>
    </w:p>
    <w:p w14:paraId="6BAEA839" w14:textId="77777777" w:rsidR="00F8026E" w:rsidRDefault="00E25352">
      <w:pPr>
        <w:keepLines/>
        <w:spacing w:after="40"/>
      </w:pPr>
      <w:r>
        <w:rPr>
          <w:b/>
          <w:color w:val="132A4F"/>
        </w:rPr>
        <w:t xml:space="preserve">Can you meet the attendance, study, financial, and conduct responsibilities explained by the Lodge?   </w:t>
      </w:r>
      <w:r>
        <w:t>☐</w:t>
      </w:r>
      <w:r>
        <w:t xml:space="preserve"> Yes    ☐ No</w:t>
      </w:r>
    </w:p>
    <w:p w14:paraId="26787CF5" w14:textId="77777777" w:rsidR="00F8026E" w:rsidRDefault="00E25352">
      <w:pPr>
        <w:spacing w:line="240" w:lineRule="auto"/>
      </w:pPr>
      <w:r>
        <w:t>If yes, please explain: __________________________________________________________________________________</w:t>
      </w:r>
    </w:p>
    <w:tbl>
      <w:tblPr>
        <w:tblW w:w="10152" w:type="dxa"/>
        <w:jc w:val="center"/>
        <w:tblLayout w:type="fixed"/>
        <w:tblLook w:val="04A0" w:firstRow="1" w:lastRow="0" w:firstColumn="1" w:lastColumn="0" w:noHBand="0" w:noVBand="1"/>
      </w:tblPr>
      <w:tblGrid>
        <w:gridCol w:w="10152"/>
      </w:tblGrid>
      <w:tr w:rsidR="00F8026E" w14:paraId="013B7899" w14:textId="77777777">
        <w:trPr>
          <w:cantSplit/>
          <w:jc w:val="center"/>
        </w:trPr>
        <w:tc>
          <w:tcPr>
            <w:tcW w:w="10152" w:type="dxa"/>
            <w:shd w:val="clear" w:color="auto" w:fill="132A4F"/>
            <w:tcMar>
              <w:top w:w="70" w:type="dxa"/>
              <w:left w:w="100" w:type="dxa"/>
              <w:bottom w:w="70" w:type="dxa"/>
              <w:right w:w="100" w:type="dxa"/>
            </w:tcMar>
            <w:vAlign w:val="center"/>
          </w:tcPr>
          <w:p w14:paraId="775E8C5B" w14:textId="77777777" w:rsidR="00F8026E" w:rsidRDefault="00E25352">
            <w:pPr>
              <w:spacing w:after="0" w:line="240" w:lineRule="auto"/>
            </w:pPr>
            <w:r>
              <w:rPr>
                <w:b/>
                <w:color w:val="FFFFFF"/>
                <w:sz w:val="21"/>
              </w:rPr>
              <w:t>4. PURPOSE AND COMMUNITY INFORMATION</w:t>
            </w:r>
          </w:p>
        </w:tc>
      </w:tr>
    </w:tbl>
    <w:p w14:paraId="618E2AAB" w14:textId="77777777" w:rsidR="00F8026E" w:rsidRDefault="00F8026E">
      <w:pPr>
        <w:spacing w:after="20"/>
      </w:pPr>
    </w:p>
    <w:p w14:paraId="2607DEF4" w14:textId="77777777" w:rsidR="00F8026E" w:rsidRDefault="00E25352">
      <w:pPr>
        <w:spacing w:after="40"/>
      </w:pPr>
      <w:r>
        <w:rPr>
          <w:b/>
          <w:color w:val="132A4F"/>
        </w:rPr>
        <w:t>Briefly explain why you seek membership in Freemasonry and what you hope to contribute:</w:t>
      </w:r>
    </w:p>
    <w:p w14:paraId="17010D1C" w14:textId="77777777" w:rsidR="00F8026E" w:rsidRDefault="00E25352">
      <w:pPr>
        <w:spacing w:after="20"/>
      </w:pPr>
      <w:r>
        <w:t>____________________________________________________________________________________________________</w:t>
      </w:r>
    </w:p>
    <w:p w14:paraId="1E60B62D" w14:textId="77777777" w:rsidR="00F8026E" w:rsidRDefault="00E25352">
      <w:pPr>
        <w:spacing w:after="20"/>
      </w:pPr>
      <w:r>
        <w:t>____________________________________________________________________________________________________</w:t>
      </w:r>
    </w:p>
    <w:p w14:paraId="7F39AF5D" w14:textId="77777777" w:rsidR="00F8026E" w:rsidRDefault="00E25352">
      <w:pPr>
        <w:spacing w:after="40"/>
      </w:pPr>
      <w:r>
        <w:rPr>
          <w:b/>
          <w:color w:val="132A4F"/>
        </w:rPr>
        <w:t>List community, civic, charitable, professional, religious, or volunteer involvement (optional):</w:t>
      </w:r>
    </w:p>
    <w:p w14:paraId="63098CE0" w14:textId="77777777" w:rsidR="00F8026E" w:rsidRDefault="00E25352">
      <w:pPr>
        <w:spacing w:after="20"/>
      </w:pPr>
      <w:r>
        <w:t>____________________________________________________________________________________________________</w:t>
      </w:r>
    </w:p>
    <w:p w14:paraId="006E6497" w14:textId="77777777" w:rsidR="00F8026E" w:rsidRDefault="00E25352">
      <w:pPr>
        <w:spacing w:after="20"/>
      </w:pPr>
      <w:r>
        <w:t>____________________________________________________________________________________________________</w:t>
      </w:r>
    </w:p>
    <w:tbl>
      <w:tblPr>
        <w:tblW w:w="10152" w:type="dxa"/>
        <w:jc w:val="center"/>
        <w:tblLayout w:type="fixed"/>
        <w:tblLook w:val="04A0" w:firstRow="1" w:lastRow="0" w:firstColumn="1" w:lastColumn="0" w:noHBand="0" w:noVBand="1"/>
      </w:tblPr>
      <w:tblGrid>
        <w:gridCol w:w="10152"/>
      </w:tblGrid>
      <w:tr w:rsidR="00F8026E" w14:paraId="27D93733" w14:textId="77777777">
        <w:trPr>
          <w:cantSplit/>
          <w:jc w:val="center"/>
        </w:trPr>
        <w:tc>
          <w:tcPr>
            <w:tcW w:w="10152" w:type="dxa"/>
            <w:shd w:val="clear" w:color="auto" w:fill="132A4F"/>
            <w:tcMar>
              <w:top w:w="70" w:type="dxa"/>
              <w:left w:w="100" w:type="dxa"/>
              <w:bottom w:w="70" w:type="dxa"/>
              <w:right w:w="100" w:type="dxa"/>
            </w:tcMar>
            <w:vAlign w:val="center"/>
          </w:tcPr>
          <w:p w14:paraId="2615A7F5" w14:textId="77777777" w:rsidR="00F8026E" w:rsidRDefault="00E25352">
            <w:pPr>
              <w:spacing w:after="0" w:line="240" w:lineRule="auto"/>
            </w:pPr>
            <w:r>
              <w:rPr>
                <w:b/>
                <w:color w:val="FFFFFF"/>
                <w:sz w:val="21"/>
              </w:rPr>
              <w:t>5. FEES AND FINANCIAL INFORMATION</w:t>
            </w:r>
          </w:p>
        </w:tc>
      </w:tr>
    </w:tbl>
    <w:p w14:paraId="532772A9" w14:textId="77777777" w:rsidR="00F8026E" w:rsidRDefault="00F8026E">
      <w:pPr>
        <w:spacing w:after="20"/>
      </w:pPr>
    </w:p>
    <w:tbl>
      <w:tblPr>
        <w:tblStyle w:val="TableGrid"/>
        <w:tblW w:w="10152" w:type="dxa"/>
        <w:jc w:val="center"/>
        <w:tblLayout w:type="fixed"/>
        <w:tblLook w:val="04A0" w:firstRow="1" w:lastRow="0" w:firstColumn="1" w:lastColumn="0" w:noHBand="0" w:noVBand="1"/>
      </w:tblPr>
      <w:tblGrid>
        <w:gridCol w:w="5200"/>
        <w:gridCol w:w="2476"/>
        <w:gridCol w:w="2476"/>
      </w:tblGrid>
      <w:tr w:rsidR="00F8026E" w14:paraId="760B1FDB" w14:textId="77777777">
        <w:trPr>
          <w:cantSplit/>
          <w:jc w:val="center"/>
        </w:trPr>
        <w:tc>
          <w:tcPr>
            <w:tcW w:w="5200" w:type="dxa"/>
            <w:shd w:val="clear" w:color="auto" w:fill="E9EFF6"/>
            <w:tcMar>
              <w:top w:w="70" w:type="dxa"/>
              <w:left w:w="100" w:type="dxa"/>
              <w:bottom w:w="70" w:type="dxa"/>
              <w:right w:w="100" w:type="dxa"/>
            </w:tcMar>
            <w:vAlign w:val="center"/>
          </w:tcPr>
          <w:p w14:paraId="2B669866" w14:textId="77777777" w:rsidR="00F8026E" w:rsidRDefault="00E25352">
            <w:pPr>
              <w:spacing w:after="0" w:line="240" w:lineRule="auto"/>
              <w:jc w:val="center"/>
            </w:pPr>
            <w:r>
              <w:rPr>
                <w:b/>
                <w:color w:val="132A4F"/>
                <w:sz w:val="16"/>
              </w:rPr>
              <w:t>Fee / Obligation</w:t>
            </w:r>
          </w:p>
        </w:tc>
        <w:tc>
          <w:tcPr>
            <w:tcW w:w="2476" w:type="dxa"/>
            <w:shd w:val="clear" w:color="auto" w:fill="E9EFF6"/>
            <w:tcMar>
              <w:top w:w="70" w:type="dxa"/>
              <w:left w:w="100" w:type="dxa"/>
              <w:bottom w:w="70" w:type="dxa"/>
              <w:right w:w="100" w:type="dxa"/>
            </w:tcMar>
            <w:vAlign w:val="center"/>
          </w:tcPr>
          <w:p w14:paraId="19F13881" w14:textId="77777777" w:rsidR="00F8026E" w:rsidRDefault="00E25352">
            <w:pPr>
              <w:spacing w:after="0" w:line="240" w:lineRule="auto"/>
              <w:jc w:val="center"/>
            </w:pPr>
            <w:r>
              <w:rPr>
                <w:b/>
                <w:color w:val="132A4F"/>
                <w:sz w:val="16"/>
              </w:rPr>
              <w:t>Amount</w:t>
            </w:r>
          </w:p>
        </w:tc>
        <w:tc>
          <w:tcPr>
            <w:tcW w:w="2476" w:type="dxa"/>
            <w:shd w:val="clear" w:color="auto" w:fill="E9EFF6"/>
            <w:tcMar>
              <w:top w:w="70" w:type="dxa"/>
              <w:left w:w="100" w:type="dxa"/>
              <w:bottom w:w="70" w:type="dxa"/>
              <w:right w:w="100" w:type="dxa"/>
            </w:tcMar>
            <w:vAlign w:val="center"/>
          </w:tcPr>
          <w:p w14:paraId="56117039" w14:textId="77777777" w:rsidR="00F8026E" w:rsidRDefault="00E25352">
            <w:pPr>
              <w:spacing w:after="0" w:line="240" w:lineRule="auto"/>
              <w:jc w:val="center"/>
            </w:pPr>
            <w:r>
              <w:rPr>
                <w:b/>
                <w:color w:val="132A4F"/>
                <w:sz w:val="16"/>
              </w:rPr>
              <w:t>Paid / Receipt</w:t>
            </w:r>
          </w:p>
        </w:tc>
      </w:tr>
      <w:tr w:rsidR="00F8026E" w14:paraId="4349DB9B" w14:textId="77777777">
        <w:trPr>
          <w:cantSplit/>
          <w:jc w:val="center"/>
        </w:trPr>
        <w:tc>
          <w:tcPr>
            <w:tcW w:w="5200" w:type="dxa"/>
            <w:tcMar>
              <w:top w:w="70" w:type="dxa"/>
              <w:left w:w="100" w:type="dxa"/>
              <w:bottom w:w="70" w:type="dxa"/>
              <w:right w:w="100" w:type="dxa"/>
            </w:tcMar>
            <w:vAlign w:val="center"/>
          </w:tcPr>
          <w:p w14:paraId="23D21D01" w14:textId="77777777" w:rsidR="00F8026E" w:rsidRDefault="00E25352">
            <w:pPr>
              <w:spacing w:after="0" w:line="240" w:lineRule="auto"/>
            </w:pPr>
            <w:r>
              <w:rPr>
                <w:color w:val="111111"/>
                <w:sz w:val="17"/>
              </w:rPr>
              <w:t>Petition / background screening fee</w:t>
            </w:r>
          </w:p>
        </w:tc>
        <w:tc>
          <w:tcPr>
            <w:tcW w:w="2476" w:type="dxa"/>
            <w:tcMar>
              <w:top w:w="70" w:type="dxa"/>
              <w:left w:w="100" w:type="dxa"/>
              <w:bottom w:w="70" w:type="dxa"/>
              <w:right w:w="100" w:type="dxa"/>
            </w:tcMar>
            <w:vAlign w:val="center"/>
          </w:tcPr>
          <w:p w14:paraId="4EAF805C" w14:textId="77777777" w:rsidR="00F8026E" w:rsidRDefault="00E25352">
            <w:pPr>
              <w:spacing w:after="0" w:line="240" w:lineRule="auto"/>
              <w:jc w:val="center"/>
            </w:pPr>
            <w:r>
              <w:rPr>
                <w:color w:val="111111"/>
              </w:rPr>
              <w:t>$____________</w:t>
            </w:r>
          </w:p>
        </w:tc>
        <w:tc>
          <w:tcPr>
            <w:tcW w:w="2476" w:type="dxa"/>
            <w:tcMar>
              <w:top w:w="70" w:type="dxa"/>
              <w:left w:w="100" w:type="dxa"/>
              <w:bottom w:w="70" w:type="dxa"/>
              <w:right w:w="100" w:type="dxa"/>
            </w:tcMar>
            <w:vAlign w:val="center"/>
          </w:tcPr>
          <w:p w14:paraId="3DDC30D3" w14:textId="77777777" w:rsidR="00F8026E" w:rsidRDefault="00E25352">
            <w:pPr>
              <w:spacing w:after="0" w:line="240" w:lineRule="auto"/>
              <w:jc w:val="center"/>
            </w:pPr>
            <w:r>
              <w:rPr>
                <w:color w:val="111111"/>
              </w:rPr>
              <w:t>____________</w:t>
            </w:r>
          </w:p>
        </w:tc>
      </w:tr>
      <w:tr w:rsidR="00F8026E" w14:paraId="76E51C18" w14:textId="77777777">
        <w:trPr>
          <w:cantSplit/>
          <w:jc w:val="center"/>
        </w:trPr>
        <w:tc>
          <w:tcPr>
            <w:tcW w:w="5200" w:type="dxa"/>
            <w:tcMar>
              <w:top w:w="70" w:type="dxa"/>
              <w:left w:w="100" w:type="dxa"/>
              <w:bottom w:w="70" w:type="dxa"/>
              <w:right w:w="100" w:type="dxa"/>
            </w:tcMar>
            <w:vAlign w:val="center"/>
          </w:tcPr>
          <w:p w14:paraId="037A91B1" w14:textId="77777777" w:rsidR="00F8026E" w:rsidRDefault="00E25352">
            <w:pPr>
              <w:spacing w:after="0" w:line="240" w:lineRule="auto"/>
            </w:pPr>
            <w:r>
              <w:rPr>
                <w:color w:val="111111"/>
                <w:sz w:val="17"/>
              </w:rPr>
              <w:t>Degree fees or installment schedule</w:t>
            </w:r>
          </w:p>
        </w:tc>
        <w:tc>
          <w:tcPr>
            <w:tcW w:w="2476" w:type="dxa"/>
            <w:tcMar>
              <w:top w:w="70" w:type="dxa"/>
              <w:left w:w="100" w:type="dxa"/>
              <w:bottom w:w="70" w:type="dxa"/>
              <w:right w:w="100" w:type="dxa"/>
            </w:tcMar>
            <w:vAlign w:val="center"/>
          </w:tcPr>
          <w:p w14:paraId="1033F89D" w14:textId="77777777" w:rsidR="00F8026E" w:rsidRDefault="00E25352">
            <w:pPr>
              <w:spacing w:after="0" w:line="240" w:lineRule="auto"/>
              <w:jc w:val="center"/>
            </w:pPr>
            <w:r>
              <w:rPr>
                <w:color w:val="111111"/>
              </w:rPr>
              <w:t>$____________</w:t>
            </w:r>
          </w:p>
        </w:tc>
        <w:tc>
          <w:tcPr>
            <w:tcW w:w="2476" w:type="dxa"/>
            <w:tcMar>
              <w:top w:w="70" w:type="dxa"/>
              <w:left w:w="100" w:type="dxa"/>
              <w:bottom w:w="70" w:type="dxa"/>
              <w:right w:w="100" w:type="dxa"/>
            </w:tcMar>
            <w:vAlign w:val="center"/>
          </w:tcPr>
          <w:p w14:paraId="34D55330" w14:textId="77777777" w:rsidR="00F8026E" w:rsidRDefault="00E25352">
            <w:pPr>
              <w:spacing w:after="0" w:line="240" w:lineRule="auto"/>
              <w:jc w:val="center"/>
            </w:pPr>
            <w:r>
              <w:rPr>
                <w:color w:val="111111"/>
              </w:rPr>
              <w:t>____________</w:t>
            </w:r>
          </w:p>
        </w:tc>
      </w:tr>
      <w:tr w:rsidR="00F8026E" w14:paraId="2FA0BA39" w14:textId="77777777">
        <w:trPr>
          <w:cantSplit/>
          <w:jc w:val="center"/>
        </w:trPr>
        <w:tc>
          <w:tcPr>
            <w:tcW w:w="5200" w:type="dxa"/>
            <w:tcMar>
              <w:top w:w="70" w:type="dxa"/>
              <w:left w:w="100" w:type="dxa"/>
              <w:bottom w:w="70" w:type="dxa"/>
              <w:right w:w="100" w:type="dxa"/>
            </w:tcMar>
            <w:vAlign w:val="center"/>
          </w:tcPr>
          <w:p w14:paraId="4E73C5BF" w14:textId="77777777" w:rsidR="00F8026E" w:rsidRDefault="00E25352">
            <w:pPr>
              <w:spacing w:after="0" w:line="240" w:lineRule="auto"/>
            </w:pPr>
            <w:r>
              <w:rPr>
                <w:color w:val="111111"/>
                <w:sz w:val="17"/>
              </w:rPr>
              <w:t>Lodge dues and assessments</w:t>
            </w:r>
          </w:p>
        </w:tc>
        <w:tc>
          <w:tcPr>
            <w:tcW w:w="2476" w:type="dxa"/>
            <w:tcMar>
              <w:top w:w="70" w:type="dxa"/>
              <w:left w:w="100" w:type="dxa"/>
              <w:bottom w:w="70" w:type="dxa"/>
              <w:right w:w="100" w:type="dxa"/>
            </w:tcMar>
            <w:vAlign w:val="center"/>
          </w:tcPr>
          <w:p w14:paraId="4A760222" w14:textId="77777777" w:rsidR="00F8026E" w:rsidRDefault="00E25352">
            <w:pPr>
              <w:spacing w:after="0" w:line="240" w:lineRule="auto"/>
              <w:jc w:val="center"/>
            </w:pPr>
            <w:r>
              <w:rPr>
                <w:color w:val="111111"/>
              </w:rPr>
              <w:t>$____________</w:t>
            </w:r>
          </w:p>
        </w:tc>
        <w:tc>
          <w:tcPr>
            <w:tcW w:w="2476" w:type="dxa"/>
            <w:tcMar>
              <w:top w:w="70" w:type="dxa"/>
              <w:left w:w="100" w:type="dxa"/>
              <w:bottom w:w="70" w:type="dxa"/>
              <w:right w:w="100" w:type="dxa"/>
            </w:tcMar>
            <w:vAlign w:val="center"/>
          </w:tcPr>
          <w:p w14:paraId="2C3CB2B6" w14:textId="77777777" w:rsidR="00F8026E" w:rsidRDefault="00E25352">
            <w:pPr>
              <w:spacing w:after="0" w:line="240" w:lineRule="auto"/>
              <w:jc w:val="center"/>
            </w:pPr>
            <w:r>
              <w:rPr>
                <w:color w:val="111111"/>
              </w:rPr>
              <w:t>____________</w:t>
            </w:r>
          </w:p>
        </w:tc>
      </w:tr>
      <w:tr w:rsidR="00F8026E" w14:paraId="750A1760" w14:textId="77777777">
        <w:trPr>
          <w:cantSplit/>
          <w:jc w:val="center"/>
        </w:trPr>
        <w:tc>
          <w:tcPr>
            <w:tcW w:w="5200" w:type="dxa"/>
            <w:tcMar>
              <w:top w:w="70" w:type="dxa"/>
              <w:left w:w="100" w:type="dxa"/>
              <w:bottom w:w="70" w:type="dxa"/>
              <w:right w:w="100" w:type="dxa"/>
            </w:tcMar>
            <w:vAlign w:val="center"/>
          </w:tcPr>
          <w:p w14:paraId="4414E8D6" w14:textId="77777777" w:rsidR="00F8026E" w:rsidRDefault="00E25352">
            <w:pPr>
              <w:spacing w:after="0" w:line="240" w:lineRule="auto"/>
            </w:pPr>
            <w:r>
              <w:rPr>
                <w:color w:val="111111"/>
                <w:sz w:val="17"/>
              </w:rPr>
              <w:t>Other approved charges</w:t>
            </w:r>
          </w:p>
        </w:tc>
        <w:tc>
          <w:tcPr>
            <w:tcW w:w="2476" w:type="dxa"/>
            <w:tcMar>
              <w:top w:w="70" w:type="dxa"/>
              <w:left w:w="100" w:type="dxa"/>
              <w:bottom w:w="70" w:type="dxa"/>
              <w:right w:w="100" w:type="dxa"/>
            </w:tcMar>
            <w:vAlign w:val="center"/>
          </w:tcPr>
          <w:p w14:paraId="71352232" w14:textId="77777777" w:rsidR="00F8026E" w:rsidRDefault="00E25352">
            <w:pPr>
              <w:spacing w:after="0" w:line="240" w:lineRule="auto"/>
              <w:jc w:val="center"/>
            </w:pPr>
            <w:r>
              <w:rPr>
                <w:color w:val="111111"/>
              </w:rPr>
              <w:t>$____________</w:t>
            </w:r>
          </w:p>
        </w:tc>
        <w:tc>
          <w:tcPr>
            <w:tcW w:w="2476" w:type="dxa"/>
            <w:tcMar>
              <w:top w:w="70" w:type="dxa"/>
              <w:left w:w="100" w:type="dxa"/>
              <w:bottom w:w="70" w:type="dxa"/>
              <w:right w:w="100" w:type="dxa"/>
            </w:tcMar>
            <w:vAlign w:val="center"/>
          </w:tcPr>
          <w:p w14:paraId="1E6DCACF" w14:textId="77777777" w:rsidR="00F8026E" w:rsidRDefault="00E25352">
            <w:pPr>
              <w:spacing w:after="0" w:line="240" w:lineRule="auto"/>
              <w:jc w:val="center"/>
            </w:pPr>
            <w:r>
              <w:rPr>
                <w:color w:val="111111"/>
              </w:rPr>
              <w:t>____________</w:t>
            </w:r>
          </w:p>
        </w:tc>
      </w:tr>
    </w:tbl>
    <w:tbl>
      <w:tblPr>
        <w:tblW w:w="10152" w:type="dxa"/>
        <w:jc w:val="center"/>
        <w:tblLayout w:type="fixed"/>
        <w:tblLook w:val="04A0" w:firstRow="1" w:lastRow="0" w:firstColumn="1" w:lastColumn="0" w:noHBand="0" w:noVBand="1"/>
      </w:tblPr>
      <w:tblGrid>
        <w:gridCol w:w="10152"/>
      </w:tblGrid>
      <w:tr w:rsidR="00F8026E" w14:paraId="046E04AC" w14:textId="77777777">
        <w:trPr>
          <w:cantSplit/>
          <w:jc w:val="center"/>
        </w:trPr>
        <w:tc>
          <w:tcPr>
            <w:tcW w:w="10152" w:type="dxa"/>
            <w:shd w:val="clear" w:color="auto" w:fill="E9EFF6"/>
            <w:tcMar>
              <w:top w:w="70" w:type="dxa"/>
              <w:left w:w="100" w:type="dxa"/>
              <w:bottom w:w="70" w:type="dxa"/>
              <w:right w:w="100" w:type="dxa"/>
            </w:tcMar>
            <w:vAlign w:val="center"/>
          </w:tcPr>
          <w:p w14:paraId="1F2FB636" w14:textId="77777777" w:rsidR="00F8026E" w:rsidRDefault="00E25352">
            <w:pPr>
              <w:spacing w:after="0" w:line="240" w:lineRule="auto"/>
            </w:pPr>
            <w:r>
              <w:rPr>
                <w:color w:val="132A4F"/>
                <w:sz w:val="17"/>
              </w:rPr>
              <w:t>Fees, refunds, deadlines, and payment arrangements must be explained by the receiving Lodge and handled under its bylaws and Grand Lodge rules.</w:t>
            </w:r>
          </w:p>
        </w:tc>
      </w:tr>
    </w:tbl>
    <w:p w14:paraId="0BB5DFCD" w14:textId="77777777" w:rsidR="00F8026E" w:rsidRDefault="00E25352">
      <w:r>
        <w:br w:type="page"/>
      </w:r>
    </w:p>
    <w:tbl>
      <w:tblPr>
        <w:tblW w:w="10152" w:type="dxa"/>
        <w:jc w:val="center"/>
        <w:tblLayout w:type="fixed"/>
        <w:tblLook w:val="04A0" w:firstRow="1" w:lastRow="0" w:firstColumn="1" w:lastColumn="0" w:noHBand="0" w:noVBand="1"/>
      </w:tblPr>
      <w:tblGrid>
        <w:gridCol w:w="10152"/>
      </w:tblGrid>
      <w:tr w:rsidR="00F8026E" w14:paraId="46E8D3B0" w14:textId="77777777">
        <w:trPr>
          <w:cantSplit/>
          <w:jc w:val="center"/>
        </w:trPr>
        <w:tc>
          <w:tcPr>
            <w:tcW w:w="10152" w:type="dxa"/>
            <w:shd w:val="clear" w:color="auto" w:fill="132A4F"/>
            <w:tcMar>
              <w:top w:w="70" w:type="dxa"/>
              <w:left w:w="100" w:type="dxa"/>
              <w:bottom w:w="70" w:type="dxa"/>
              <w:right w:w="100" w:type="dxa"/>
            </w:tcMar>
            <w:vAlign w:val="center"/>
          </w:tcPr>
          <w:p w14:paraId="5B57807B" w14:textId="77777777" w:rsidR="00F8026E" w:rsidRDefault="00E25352">
            <w:pPr>
              <w:spacing w:after="0" w:line="240" w:lineRule="auto"/>
            </w:pPr>
            <w:r>
              <w:rPr>
                <w:b/>
                <w:color w:val="FFFFFF"/>
                <w:sz w:val="21"/>
              </w:rPr>
              <w:lastRenderedPageBreak/>
              <w:t>6. REFERENCES</w:t>
            </w:r>
          </w:p>
        </w:tc>
      </w:tr>
    </w:tbl>
    <w:p w14:paraId="6D0DDB14" w14:textId="77777777" w:rsidR="00F8026E" w:rsidRDefault="00F8026E">
      <w:pPr>
        <w:spacing w:after="20"/>
      </w:pPr>
    </w:p>
    <w:p w14:paraId="479A8DCB" w14:textId="77777777" w:rsidR="00F8026E" w:rsidRDefault="00E25352">
      <w:pPr>
        <w:spacing w:after="100"/>
      </w:pPr>
      <w:r>
        <w:t>Provide three adults who can speak to your character. References should not be the same individuals who sign the Lodge recommendation section unless permitted by local policy.</w:t>
      </w:r>
    </w:p>
    <w:tbl>
      <w:tblPr>
        <w:tblStyle w:val="TableGrid"/>
        <w:tblW w:w="10152" w:type="dxa"/>
        <w:jc w:val="center"/>
        <w:tblLayout w:type="fixed"/>
        <w:tblLook w:val="04A0" w:firstRow="1" w:lastRow="0" w:firstColumn="1" w:lastColumn="0" w:noHBand="0" w:noVBand="1"/>
      </w:tblPr>
      <w:tblGrid>
        <w:gridCol w:w="4000"/>
        <w:gridCol w:w="3200"/>
        <w:gridCol w:w="2952"/>
      </w:tblGrid>
      <w:tr w:rsidR="00F8026E" w14:paraId="5AC5F4D3" w14:textId="77777777">
        <w:trPr>
          <w:cantSplit/>
          <w:jc w:val="center"/>
        </w:trPr>
        <w:tc>
          <w:tcPr>
            <w:tcW w:w="4000" w:type="dxa"/>
            <w:shd w:val="clear" w:color="auto" w:fill="F6F8FB"/>
            <w:tcMar>
              <w:top w:w="70" w:type="dxa"/>
              <w:left w:w="100" w:type="dxa"/>
              <w:bottom w:w="70" w:type="dxa"/>
              <w:right w:w="100" w:type="dxa"/>
            </w:tcMar>
            <w:vAlign w:val="center"/>
          </w:tcPr>
          <w:p w14:paraId="0F3E8495" w14:textId="77777777" w:rsidR="00F8026E" w:rsidRDefault="00E25352">
            <w:pPr>
              <w:spacing w:after="0" w:line="240" w:lineRule="auto"/>
            </w:pPr>
            <w:r>
              <w:rPr>
                <w:color w:val="5E6875"/>
                <w:sz w:val="16"/>
              </w:rPr>
              <w:t>REFERENCE 1 - FULL NAME</w:t>
            </w:r>
            <w:r>
              <w:rPr>
                <w:color w:val="5E6875"/>
                <w:sz w:val="16"/>
              </w:rPr>
              <w:br/>
              <w:t>________________________</w:t>
            </w:r>
          </w:p>
        </w:tc>
        <w:tc>
          <w:tcPr>
            <w:tcW w:w="3200" w:type="dxa"/>
            <w:shd w:val="clear" w:color="auto" w:fill="F6F8FB"/>
            <w:tcMar>
              <w:top w:w="70" w:type="dxa"/>
              <w:left w:w="100" w:type="dxa"/>
              <w:bottom w:w="70" w:type="dxa"/>
              <w:right w:w="100" w:type="dxa"/>
            </w:tcMar>
            <w:vAlign w:val="center"/>
          </w:tcPr>
          <w:p w14:paraId="6C7107D1" w14:textId="77777777" w:rsidR="00F8026E" w:rsidRDefault="00E25352">
            <w:pPr>
              <w:spacing w:after="0" w:line="240" w:lineRule="auto"/>
            </w:pPr>
            <w:r>
              <w:rPr>
                <w:color w:val="5E6875"/>
                <w:sz w:val="16"/>
              </w:rPr>
              <w:t>RELATIONSHIP</w:t>
            </w:r>
            <w:r>
              <w:rPr>
                <w:color w:val="5E6875"/>
                <w:sz w:val="16"/>
              </w:rPr>
              <w:br/>
              <w:t>________________________</w:t>
            </w:r>
          </w:p>
        </w:tc>
        <w:tc>
          <w:tcPr>
            <w:tcW w:w="2952" w:type="dxa"/>
            <w:shd w:val="clear" w:color="auto" w:fill="F6F8FB"/>
            <w:tcMar>
              <w:top w:w="70" w:type="dxa"/>
              <w:left w:w="100" w:type="dxa"/>
              <w:bottom w:w="70" w:type="dxa"/>
              <w:right w:w="100" w:type="dxa"/>
            </w:tcMar>
            <w:vAlign w:val="center"/>
          </w:tcPr>
          <w:p w14:paraId="4745C5E6" w14:textId="77777777" w:rsidR="00F8026E" w:rsidRDefault="00E25352">
            <w:pPr>
              <w:spacing w:after="0" w:line="240" w:lineRule="auto"/>
            </w:pPr>
            <w:r>
              <w:rPr>
                <w:color w:val="5E6875"/>
                <w:sz w:val="16"/>
              </w:rPr>
              <w:t>YEARS KNOWN</w:t>
            </w:r>
            <w:r>
              <w:rPr>
                <w:color w:val="5E6875"/>
                <w:sz w:val="16"/>
              </w:rPr>
              <w:br/>
              <w:t>________________________</w:t>
            </w:r>
          </w:p>
        </w:tc>
      </w:tr>
      <w:tr w:rsidR="00F8026E" w14:paraId="2FAA9ACD" w14:textId="77777777">
        <w:trPr>
          <w:cantSplit/>
          <w:jc w:val="center"/>
        </w:trPr>
        <w:tc>
          <w:tcPr>
            <w:tcW w:w="4000" w:type="dxa"/>
            <w:shd w:val="clear" w:color="auto" w:fill="F6F8FB"/>
            <w:tcMar>
              <w:top w:w="70" w:type="dxa"/>
              <w:left w:w="100" w:type="dxa"/>
              <w:bottom w:w="70" w:type="dxa"/>
              <w:right w:w="100" w:type="dxa"/>
            </w:tcMar>
            <w:vAlign w:val="center"/>
          </w:tcPr>
          <w:p w14:paraId="774E2E8C" w14:textId="77777777" w:rsidR="00F8026E" w:rsidRDefault="00E25352">
            <w:pPr>
              <w:spacing w:after="0" w:line="240" w:lineRule="auto"/>
            </w:pPr>
            <w:r>
              <w:rPr>
                <w:color w:val="5E6875"/>
                <w:sz w:val="16"/>
              </w:rPr>
              <w:t>PHONE / EMAIL</w:t>
            </w:r>
            <w:r>
              <w:rPr>
                <w:color w:val="5E6875"/>
                <w:sz w:val="16"/>
              </w:rPr>
              <w:br/>
              <w:t>________________________</w:t>
            </w:r>
          </w:p>
        </w:tc>
        <w:tc>
          <w:tcPr>
            <w:tcW w:w="3200" w:type="dxa"/>
            <w:shd w:val="clear" w:color="auto" w:fill="F6F8FB"/>
            <w:tcMar>
              <w:top w:w="70" w:type="dxa"/>
              <w:left w:w="100" w:type="dxa"/>
              <w:bottom w:w="70" w:type="dxa"/>
              <w:right w:w="100" w:type="dxa"/>
            </w:tcMar>
            <w:vAlign w:val="center"/>
          </w:tcPr>
          <w:p w14:paraId="0D5CA048" w14:textId="77777777" w:rsidR="00F8026E" w:rsidRDefault="00E25352">
            <w:pPr>
              <w:spacing w:after="0" w:line="240" w:lineRule="auto"/>
            </w:pPr>
            <w:r>
              <w:rPr>
                <w:color w:val="5E6875"/>
                <w:sz w:val="16"/>
              </w:rPr>
              <w:t>STREET ADDRESS</w:t>
            </w:r>
            <w:r>
              <w:rPr>
                <w:color w:val="5E6875"/>
                <w:sz w:val="16"/>
              </w:rPr>
              <w:br/>
              <w:t>________________________</w:t>
            </w:r>
          </w:p>
        </w:tc>
        <w:tc>
          <w:tcPr>
            <w:tcW w:w="2952" w:type="dxa"/>
            <w:shd w:val="clear" w:color="auto" w:fill="F6F8FB"/>
            <w:tcMar>
              <w:top w:w="70" w:type="dxa"/>
              <w:left w:w="100" w:type="dxa"/>
              <w:bottom w:w="70" w:type="dxa"/>
              <w:right w:w="100" w:type="dxa"/>
            </w:tcMar>
            <w:vAlign w:val="center"/>
          </w:tcPr>
          <w:p w14:paraId="357DA187" w14:textId="77777777" w:rsidR="00F8026E" w:rsidRDefault="00E25352">
            <w:pPr>
              <w:spacing w:after="0" w:line="240" w:lineRule="auto"/>
            </w:pPr>
            <w:r>
              <w:rPr>
                <w:color w:val="5E6875"/>
                <w:sz w:val="16"/>
              </w:rPr>
              <w:t>CITY / STATE / ZIP</w:t>
            </w:r>
            <w:r>
              <w:rPr>
                <w:color w:val="5E6875"/>
                <w:sz w:val="16"/>
              </w:rPr>
              <w:br/>
              <w:t>________________________</w:t>
            </w:r>
          </w:p>
        </w:tc>
      </w:tr>
    </w:tbl>
    <w:p w14:paraId="3F016D62" w14:textId="77777777" w:rsidR="00F8026E" w:rsidRDefault="00F8026E"/>
    <w:tbl>
      <w:tblPr>
        <w:tblStyle w:val="TableGrid"/>
        <w:tblW w:w="10152" w:type="dxa"/>
        <w:jc w:val="center"/>
        <w:tblLayout w:type="fixed"/>
        <w:tblLook w:val="04A0" w:firstRow="1" w:lastRow="0" w:firstColumn="1" w:lastColumn="0" w:noHBand="0" w:noVBand="1"/>
      </w:tblPr>
      <w:tblGrid>
        <w:gridCol w:w="4000"/>
        <w:gridCol w:w="3200"/>
        <w:gridCol w:w="2952"/>
      </w:tblGrid>
      <w:tr w:rsidR="00F8026E" w14:paraId="728C1518" w14:textId="77777777">
        <w:trPr>
          <w:cantSplit/>
          <w:jc w:val="center"/>
        </w:trPr>
        <w:tc>
          <w:tcPr>
            <w:tcW w:w="4000" w:type="dxa"/>
            <w:shd w:val="clear" w:color="auto" w:fill="F6F8FB"/>
            <w:tcMar>
              <w:top w:w="70" w:type="dxa"/>
              <w:left w:w="100" w:type="dxa"/>
              <w:bottom w:w="70" w:type="dxa"/>
              <w:right w:w="100" w:type="dxa"/>
            </w:tcMar>
            <w:vAlign w:val="center"/>
          </w:tcPr>
          <w:p w14:paraId="34CE2A4F" w14:textId="77777777" w:rsidR="00F8026E" w:rsidRDefault="00E25352">
            <w:pPr>
              <w:spacing w:after="0" w:line="240" w:lineRule="auto"/>
            </w:pPr>
            <w:r>
              <w:rPr>
                <w:color w:val="5E6875"/>
                <w:sz w:val="16"/>
              </w:rPr>
              <w:t>REFERENCE 2 - FULL NAME</w:t>
            </w:r>
            <w:r>
              <w:rPr>
                <w:color w:val="5E6875"/>
                <w:sz w:val="16"/>
              </w:rPr>
              <w:br/>
              <w:t>________________________</w:t>
            </w:r>
          </w:p>
        </w:tc>
        <w:tc>
          <w:tcPr>
            <w:tcW w:w="3200" w:type="dxa"/>
            <w:shd w:val="clear" w:color="auto" w:fill="F6F8FB"/>
            <w:tcMar>
              <w:top w:w="70" w:type="dxa"/>
              <w:left w:w="100" w:type="dxa"/>
              <w:bottom w:w="70" w:type="dxa"/>
              <w:right w:w="100" w:type="dxa"/>
            </w:tcMar>
            <w:vAlign w:val="center"/>
          </w:tcPr>
          <w:p w14:paraId="6439ED24" w14:textId="77777777" w:rsidR="00F8026E" w:rsidRDefault="00E25352">
            <w:pPr>
              <w:spacing w:after="0" w:line="240" w:lineRule="auto"/>
            </w:pPr>
            <w:r>
              <w:rPr>
                <w:color w:val="5E6875"/>
                <w:sz w:val="16"/>
              </w:rPr>
              <w:t>RELATIONSHIP</w:t>
            </w:r>
            <w:r>
              <w:rPr>
                <w:color w:val="5E6875"/>
                <w:sz w:val="16"/>
              </w:rPr>
              <w:br/>
              <w:t>________________________</w:t>
            </w:r>
          </w:p>
        </w:tc>
        <w:tc>
          <w:tcPr>
            <w:tcW w:w="2952" w:type="dxa"/>
            <w:shd w:val="clear" w:color="auto" w:fill="F6F8FB"/>
            <w:tcMar>
              <w:top w:w="70" w:type="dxa"/>
              <w:left w:w="100" w:type="dxa"/>
              <w:bottom w:w="70" w:type="dxa"/>
              <w:right w:w="100" w:type="dxa"/>
            </w:tcMar>
            <w:vAlign w:val="center"/>
          </w:tcPr>
          <w:p w14:paraId="1D4B731E" w14:textId="77777777" w:rsidR="00F8026E" w:rsidRDefault="00E25352">
            <w:pPr>
              <w:spacing w:after="0" w:line="240" w:lineRule="auto"/>
            </w:pPr>
            <w:r>
              <w:rPr>
                <w:color w:val="5E6875"/>
                <w:sz w:val="16"/>
              </w:rPr>
              <w:t>YEARS KNOWN</w:t>
            </w:r>
            <w:r>
              <w:rPr>
                <w:color w:val="5E6875"/>
                <w:sz w:val="16"/>
              </w:rPr>
              <w:br/>
              <w:t>________________________</w:t>
            </w:r>
          </w:p>
        </w:tc>
      </w:tr>
      <w:tr w:rsidR="00F8026E" w14:paraId="6667E3AD" w14:textId="77777777">
        <w:trPr>
          <w:cantSplit/>
          <w:jc w:val="center"/>
        </w:trPr>
        <w:tc>
          <w:tcPr>
            <w:tcW w:w="4000" w:type="dxa"/>
            <w:shd w:val="clear" w:color="auto" w:fill="F6F8FB"/>
            <w:tcMar>
              <w:top w:w="70" w:type="dxa"/>
              <w:left w:w="100" w:type="dxa"/>
              <w:bottom w:w="70" w:type="dxa"/>
              <w:right w:w="100" w:type="dxa"/>
            </w:tcMar>
            <w:vAlign w:val="center"/>
          </w:tcPr>
          <w:p w14:paraId="031239B3" w14:textId="77777777" w:rsidR="00F8026E" w:rsidRDefault="00E25352">
            <w:pPr>
              <w:spacing w:after="0" w:line="240" w:lineRule="auto"/>
            </w:pPr>
            <w:r>
              <w:rPr>
                <w:color w:val="5E6875"/>
                <w:sz w:val="16"/>
              </w:rPr>
              <w:t>PHONE / EMAIL</w:t>
            </w:r>
            <w:r>
              <w:rPr>
                <w:color w:val="5E6875"/>
                <w:sz w:val="16"/>
              </w:rPr>
              <w:br/>
              <w:t>________________________</w:t>
            </w:r>
          </w:p>
        </w:tc>
        <w:tc>
          <w:tcPr>
            <w:tcW w:w="3200" w:type="dxa"/>
            <w:shd w:val="clear" w:color="auto" w:fill="F6F8FB"/>
            <w:tcMar>
              <w:top w:w="70" w:type="dxa"/>
              <w:left w:w="100" w:type="dxa"/>
              <w:bottom w:w="70" w:type="dxa"/>
              <w:right w:w="100" w:type="dxa"/>
            </w:tcMar>
            <w:vAlign w:val="center"/>
          </w:tcPr>
          <w:p w14:paraId="6D3C44CB" w14:textId="77777777" w:rsidR="00F8026E" w:rsidRDefault="00E25352">
            <w:pPr>
              <w:spacing w:after="0" w:line="240" w:lineRule="auto"/>
            </w:pPr>
            <w:r>
              <w:rPr>
                <w:color w:val="5E6875"/>
                <w:sz w:val="16"/>
              </w:rPr>
              <w:t>STREET ADDRESS</w:t>
            </w:r>
            <w:r>
              <w:rPr>
                <w:color w:val="5E6875"/>
                <w:sz w:val="16"/>
              </w:rPr>
              <w:br/>
              <w:t>________________________</w:t>
            </w:r>
          </w:p>
        </w:tc>
        <w:tc>
          <w:tcPr>
            <w:tcW w:w="2952" w:type="dxa"/>
            <w:shd w:val="clear" w:color="auto" w:fill="F6F8FB"/>
            <w:tcMar>
              <w:top w:w="70" w:type="dxa"/>
              <w:left w:w="100" w:type="dxa"/>
              <w:bottom w:w="70" w:type="dxa"/>
              <w:right w:w="100" w:type="dxa"/>
            </w:tcMar>
            <w:vAlign w:val="center"/>
          </w:tcPr>
          <w:p w14:paraId="3C280580" w14:textId="77777777" w:rsidR="00F8026E" w:rsidRDefault="00E25352">
            <w:pPr>
              <w:spacing w:after="0" w:line="240" w:lineRule="auto"/>
            </w:pPr>
            <w:r>
              <w:rPr>
                <w:color w:val="5E6875"/>
                <w:sz w:val="16"/>
              </w:rPr>
              <w:t>CITY / STATE / ZIP</w:t>
            </w:r>
            <w:r>
              <w:rPr>
                <w:color w:val="5E6875"/>
                <w:sz w:val="16"/>
              </w:rPr>
              <w:br/>
              <w:t>________________________</w:t>
            </w:r>
          </w:p>
        </w:tc>
      </w:tr>
    </w:tbl>
    <w:p w14:paraId="3A965E6E" w14:textId="77777777" w:rsidR="00F8026E" w:rsidRDefault="00F8026E"/>
    <w:tbl>
      <w:tblPr>
        <w:tblStyle w:val="TableGrid"/>
        <w:tblW w:w="10152" w:type="dxa"/>
        <w:jc w:val="center"/>
        <w:tblLayout w:type="fixed"/>
        <w:tblLook w:val="04A0" w:firstRow="1" w:lastRow="0" w:firstColumn="1" w:lastColumn="0" w:noHBand="0" w:noVBand="1"/>
      </w:tblPr>
      <w:tblGrid>
        <w:gridCol w:w="4000"/>
        <w:gridCol w:w="3200"/>
        <w:gridCol w:w="2952"/>
      </w:tblGrid>
      <w:tr w:rsidR="00F8026E" w14:paraId="465E1FB6" w14:textId="77777777">
        <w:trPr>
          <w:cantSplit/>
          <w:jc w:val="center"/>
        </w:trPr>
        <w:tc>
          <w:tcPr>
            <w:tcW w:w="4000" w:type="dxa"/>
            <w:shd w:val="clear" w:color="auto" w:fill="F6F8FB"/>
            <w:tcMar>
              <w:top w:w="70" w:type="dxa"/>
              <w:left w:w="100" w:type="dxa"/>
              <w:bottom w:w="70" w:type="dxa"/>
              <w:right w:w="100" w:type="dxa"/>
            </w:tcMar>
            <w:vAlign w:val="center"/>
          </w:tcPr>
          <w:p w14:paraId="35B18218" w14:textId="77777777" w:rsidR="00F8026E" w:rsidRDefault="00E25352">
            <w:pPr>
              <w:spacing w:after="0" w:line="240" w:lineRule="auto"/>
            </w:pPr>
            <w:r>
              <w:rPr>
                <w:color w:val="5E6875"/>
                <w:sz w:val="16"/>
              </w:rPr>
              <w:t>REFERENCE 3 - FULL NAME</w:t>
            </w:r>
            <w:r>
              <w:rPr>
                <w:color w:val="5E6875"/>
                <w:sz w:val="16"/>
              </w:rPr>
              <w:br/>
              <w:t>________________________</w:t>
            </w:r>
          </w:p>
        </w:tc>
        <w:tc>
          <w:tcPr>
            <w:tcW w:w="3200" w:type="dxa"/>
            <w:shd w:val="clear" w:color="auto" w:fill="F6F8FB"/>
            <w:tcMar>
              <w:top w:w="70" w:type="dxa"/>
              <w:left w:w="100" w:type="dxa"/>
              <w:bottom w:w="70" w:type="dxa"/>
              <w:right w:w="100" w:type="dxa"/>
            </w:tcMar>
            <w:vAlign w:val="center"/>
          </w:tcPr>
          <w:p w14:paraId="75D8AE47" w14:textId="77777777" w:rsidR="00F8026E" w:rsidRDefault="00E25352">
            <w:pPr>
              <w:spacing w:after="0" w:line="240" w:lineRule="auto"/>
            </w:pPr>
            <w:r>
              <w:rPr>
                <w:color w:val="5E6875"/>
                <w:sz w:val="16"/>
              </w:rPr>
              <w:t>RELATIONSHIP</w:t>
            </w:r>
            <w:r>
              <w:rPr>
                <w:color w:val="5E6875"/>
                <w:sz w:val="16"/>
              </w:rPr>
              <w:br/>
              <w:t>________________________</w:t>
            </w:r>
          </w:p>
        </w:tc>
        <w:tc>
          <w:tcPr>
            <w:tcW w:w="2952" w:type="dxa"/>
            <w:shd w:val="clear" w:color="auto" w:fill="F6F8FB"/>
            <w:tcMar>
              <w:top w:w="70" w:type="dxa"/>
              <w:left w:w="100" w:type="dxa"/>
              <w:bottom w:w="70" w:type="dxa"/>
              <w:right w:w="100" w:type="dxa"/>
            </w:tcMar>
            <w:vAlign w:val="center"/>
          </w:tcPr>
          <w:p w14:paraId="14A2D8A6" w14:textId="77777777" w:rsidR="00F8026E" w:rsidRDefault="00E25352">
            <w:pPr>
              <w:spacing w:after="0" w:line="240" w:lineRule="auto"/>
            </w:pPr>
            <w:r>
              <w:rPr>
                <w:color w:val="5E6875"/>
                <w:sz w:val="16"/>
              </w:rPr>
              <w:t>YEARS KNOWN</w:t>
            </w:r>
            <w:r>
              <w:rPr>
                <w:color w:val="5E6875"/>
                <w:sz w:val="16"/>
              </w:rPr>
              <w:br/>
              <w:t>________________________</w:t>
            </w:r>
          </w:p>
        </w:tc>
      </w:tr>
      <w:tr w:rsidR="00F8026E" w14:paraId="69F92D21" w14:textId="77777777">
        <w:trPr>
          <w:cantSplit/>
          <w:jc w:val="center"/>
        </w:trPr>
        <w:tc>
          <w:tcPr>
            <w:tcW w:w="4000" w:type="dxa"/>
            <w:shd w:val="clear" w:color="auto" w:fill="F6F8FB"/>
            <w:tcMar>
              <w:top w:w="70" w:type="dxa"/>
              <w:left w:w="100" w:type="dxa"/>
              <w:bottom w:w="70" w:type="dxa"/>
              <w:right w:w="100" w:type="dxa"/>
            </w:tcMar>
            <w:vAlign w:val="center"/>
          </w:tcPr>
          <w:p w14:paraId="23F366EE" w14:textId="77777777" w:rsidR="00F8026E" w:rsidRDefault="00E25352">
            <w:pPr>
              <w:spacing w:after="0" w:line="240" w:lineRule="auto"/>
            </w:pPr>
            <w:r>
              <w:rPr>
                <w:color w:val="5E6875"/>
                <w:sz w:val="16"/>
              </w:rPr>
              <w:t>PHONE / EMAIL</w:t>
            </w:r>
            <w:r>
              <w:rPr>
                <w:color w:val="5E6875"/>
                <w:sz w:val="16"/>
              </w:rPr>
              <w:br/>
              <w:t>________________________</w:t>
            </w:r>
          </w:p>
        </w:tc>
        <w:tc>
          <w:tcPr>
            <w:tcW w:w="3200" w:type="dxa"/>
            <w:shd w:val="clear" w:color="auto" w:fill="F6F8FB"/>
            <w:tcMar>
              <w:top w:w="70" w:type="dxa"/>
              <w:left w:w="100" w:type="dxa"/>
              <w:bottom w:w="70" w:type="dxa"/>
              <w:right w:w="100" w:type="dxa"/>
            </w:tcMar>
            <w:vAlign w:val="center"/>
          </w:tcPr>
          <w:p w14:paraId="4BC07BD2" w14:textId="77777777" w:rsidR="00F8026E" w:rsidRDefault="00E25352">
            <w:pPr>
              <w:spacing w:after="0" w:line="240" w:lineRule="auto"/>
            </w:pPr>
            <w:r>
              <w:rPr>
                <w:color w:val="5E6875"/>
                <w:sz w:val="16"/>
              </w:rPr>
              <w:t>STREET ADDRESS</w:t>
            </w:r>
            <w:r>
              <w:rPr>
                <w:color w:val="5E6875"/>
                <w:sz w:val="16"/>
              </w:rPr>
              <w:br/>
              <w:t>________________________</w:t>
            </w:r>
          </w:p>
        </w:tc>
        <w:tc>
          <w:tcPr>
            <w:tcW w:w="2952" w:type="dxa"/>
            <w:shd w:val="clear" w:color="auto" w:fill="F6F8FB"/>
            <w:tcMar>
              <w:top w:w="70" w:type="dxa"/>
              <w:left w:w="100" w:type="dxa"/>
              <w:bottom w:w="70" w:type="dxa"/>
              <w:right w:w="100" w:type="dxa"/>
            </w:tcMar>
            <w:vAlign w:val="center"/>
          </w:tcPr>
          <w:p w14:paraId="325B0C72" w14:textId="77777777" w:rsidR="00F8026E" w:rsidRDefault="00E25352">
            <w:pPr>
              <w:spacing w:after="0" w:line="240" w:lineRule="auto"/>
            </w:pPr>
            <w:r>
              <w:rPr>
                <w:color w:val="5E6875"/>
                <w:sz w:val="16"/>
              </w:rPr>
              <w:t>CITY / STATE / ZIP</w:t>
            </w:r>
            <w:r>
              <w:rPr>
                <w:color w:val="5E6875"/>
                <w:sz w:val="16"/>
              </w:rPr>
              <w:br/>
              <w:t>________________________</w:t>
            </w:r>
          </w:p>
        </w:tc>
      </w:tr>
    </w:tbl>
    <w:p w14:paraId="17454247" w14:textId="77777777" w:rsidR="00F8026E" w:rsidRDefault="00F8026E"/>
    <w:tbl>
      <w:tblPr>
        <w:tblW w:w="10152" w:type="dxa"/>
        <w:jc w:val="center"/>
        <w:tblLayout w:type="fixed"/>
        <w:tblLook w:val="04A0" w:firstRow="1" w:lastRow="0" w:firstColumn="1" w:lastColumn="0" w:noHBand="0" w:noVBand="1"/>
      </w:tblPr>
      <w:tblGrid>
        <w:gridCol w:w="10152"/>
      </w:tblGrid>
      <w:tr w:rsidR="00F8026E" w14:paraId="0F938A5C" w14:textId="77777777">
        <w:trPr>
          <w:cantSplit/>
          <w:jc w:val="center"/>
        </w:trPr>
        <w:tc>
          <w:tcPr>
            <w:tcW w:w="10152" w:type="dxa"/>
            <w:shd w:val="clear" w:color="auto" w:fill="132A4F"/>
            <w:tcMar>
              <w:top w:w="70" w:type="dxa"/>
              <w:left w:w="100" w:type="dxa"/>
              <w:bottom w:w="70" w:type="dxa"/>
              <w:right w:w="100" w:type="dxa"/>
            </w:tcMar>
            <w:vAlign w:val="center"/>
          </w:tcPr>
          <w:p w14:paraId="570C57DC" w14:textId="77777777" w:rsidR="00F8026E" w:rsidRDefault="00E25352">
            <w:pPr>
              <w:spacing w:after="0" w:line="240" w:lineRule="auto"/>
            </w:pPr>
            <w:r>
              <w:rPr>
                <w:b/>
                <w:color w:val="FFFFFF"/>
                <w:sz w:val="21"/>
              </w:rPr>
              <w:t>7. APPLICANT AUTHORIZATION AND CERTIFICATION</w:t>
            </w:r>
          </w:p>
        </w:tc>
      </w:tr>
    </w:tbl>
    <w:p w14:paraId="2A2FB36E" w14:textId="77777777" w:rsidR="00F8026E" w:rsidRDefault="00F8026E">
      <w:pPr>
        <w:spacing w:after="20"/>
      </w:pPr>
    </w:p>
    <w:p w14:paraId="03034BCC" w14:textId="77777777" w:rsidR="00F8026E" w:rsidRDefault="00E25352">
      <w:pPr>
        <w:spacing w:after="80"/>
      </w:pPr>
      <w:r>
        <w:rPr>
          <w:b/>
          <w:color w:val="132A4F"/>
        </w:rPr>
        <w:t xml:space="preserve">Truthfulness: </w:t>
      </w:r>
      <w:r>
        <w:t>I certify that the information provided in this application and any attachments is complete and truthful to the best of my knowledge. I understand that a material omission or false statement may result in rejection or later Masonic discipline.</w:t>
      </w:r>
    </w:p>
    <w:p w14:paraId="307F7381" w14:textId="77777777" w:rsidR="00F8026E" w:rsidRDefault="00E25352">
      <w:pPr>
        <w:spacing w:after="80"/>
      </w:pPr>
      <w:r>
        <w:rPr>
          <w:b/>
          <w:color w:val="132A4F"/>
        </w:rPr>
        <w:t xml:space="preserve">Investigation: </w:t>
      </w:r>
      <w:r>
        <w:t>I authorize the Lodge and its designated representatives to contact the references listed, verify information relevant to membership eligibility, and conduct a lawful background review consistent with lodge policy.</w:t>
      </w:r>
    </w:p>
    <w:p w14:paraId="247EDDA8" w14:textId="77777777" w:rsidR="00F8026E" w:rsidRDefault="00E25352">
      <w:pPr>
        <w:spacing w:after="80"/>
      </w:pPr>
      <w:r>
        <w:rPr>
          <w:b/>
          <w:color w:val="132A4F"/>
        </w:rPr>
        <w:t xml:space="preserve">Privacy: </w:t>
      </w:r>
      <w:r>
        <w:t>I understand that this application will be treated as a confidential membership record and shared only with persons who have an authorized Masonic or legal need to review it.</w:t>
      </w:r>
    </w:p>
    <w:p w14:paraId="320A2C95" w14:textId="77777777" w:rsidR="00F8026E" w:rsidRDefault="00E25352">
      <w:pPr>
        <w:spacing w:after="80"/>
      </w:pPr>
      <w:r>
        <w:rPr>
          <w:b/>
          <w:color w:val="132A4F"/>
        </w:rPr>
        <w:t xml:space="preserve">Voluntary petition: </w:t>
      </w:r>
      <w:r>
        <w:t>I freely and voluntarily petition for the degrees of Freemasonry, unbiased by improper influence and uninfluenced by mercenary motives. If elected, I agree to conform to the established principles, usages, and lawful regulations of the Fraternity.</w:t>
      </w:r>
    </w:p>
    <w:tbl>
      <w:tblPr>
        <w:tblStyle w:val="TableGrid"/>
        <w:tblW w:w="10152" w:type="dxa"/>
        <w:jc w:val="center"/>
        <w:tblLayout w:type="fixed"/>
        <w:tblLook w:val="04A0" w:firstRow="1" w:lastRow="0" w:firstColumn="1" w:lastColumn="0" w:noHBand="0" w:noVBand="1"/>
      </w:tblPr>
      <w:tblGrid>
        <w:gridCol w:w="6900"/>
        <w:gridCol w:w="3252"/>
      </w:tblGrid>
      <w:tr w:rsidR="00F8026E" w14:paraId="162C7375" w14:textId="77777777">
        <w:trPr>
          <w:cantSplit/>
          <w:jc w:val="center"/>
        </w:trPr>
        <w:tc>
          <w:tcPr>
            <w:tcW w:w="6900" w:type="dxa"/>
            <w:shd w:val="clear" w:color="auto" w:fill="F6F8FB"/>
            <w:tcMar>
              <w:top w:w="70" w:type="dxa"/>
              <w:left w:w="100" w:type="dxa"/>
              <w:bottom w:w="70" w:type="dxa"/>
              <w:right w:w="100" w:type="dxa"/>
            </w:tcMar>
            <w:vAlign w:val="center"/>
          </w:tcPr>
          <w:p w14:paraId="4B5D0C98" w14:textId="77777777" w:rsidR="00F8026E" w:rsidRDefault="00E25352">
            <w:pPr>
              <w:spacing w:after="0" w:line="240" w:lineRule="auto"/>
            </w:pPr>
            <w:r>
              <w:rPr>
                <w:color w:val="5E6875"/>
                <w:sz w:val="16"/>
              </w:rPr>
              <w:t>APPLICANT SIGNATURE</w:t>
            </w:r>
            <w:r>
              <w:rPr>
                <w:color w:val="5E6875"/>
                <w:sz w:val="16"/>
              </w:rPr>
              <w:br/>
              <w:t>________________________</w:t>
            </w:r>
          </w:p>
        </w:tc>
        <w:tc>
          <w:tcPr>
            <w:tcW w:w="3252" w:type="dxa"/>
            <w:shd w:val="clear" w:color="auto" w:fill="F6F8FB"/>
            <w:tcMar>
              <w:top w:w="70" w:type="dxa"/>
              <w:left w:w="100" w:type="dxa"/>
              <w:bottom w:w="70" w:type="dxa"/>
              <w:right w:w="100" w:type="dxa"/>
            </w:tcMar>
            <w:vAlign w:val="center"/>
          </w:tcPr>
          <w:p w14:paraId="4BB91376" w14:textId="77777777" w:rsidR="00F8026E" w:rsidRDefault="00E25352">
            <w:pPr>
              <w:spacing w:after="0" w:line="240" w:lineRule="auto"/>
            </w:pPr>
            <w:r>
              <w:rPr>
                <w:color w:val="5E6875"/>
                <w:sz w:val="16"/>
              </w:rPr>
              <w:t>DATE</w:t>
            </w:r>
            <w:r>
              <w:rPr>
                <w:color w:val="5E6875"/>
                <w:sz w:val="16"/>
              </w:rPr>
              <w:br/>
              <w:t>________________________</w:t>
            </w:r>
          </w:p>
        </w:tc>
      </w:tr>
      <w:tr w:rsidR="00F8026E" w14:paraId="2F677C46" w14:textId="77777777">
        <w:trPr>
          <w:cantSplit/>
          <w:jc w:val="center"/>
        </w:trPr>
        <w:tc>
          <w:tcPr>
            <w:tcW w:w="6900" w:type="dxa"/>
            <w:shd w:val="clear" w:color="auto" w:fill="F6F8FB"/>
            <w:tcMar>
              <w:top w:w="70" w:type="dxa"/>
              <w:left w:w="100" w:type="dxa"/>
              <w:bottom w:w="70" w:type="dxa"/>
              <w:right w:w="100" w:type="dxa"/>
            </w:tcMar>
            <w:vAlign w:val="center"/>
          </w:tcPr>
          <w:p w14:paraId="4255FDF6" w14:textId="77777777" w:rsidR="00F8026E" w:rsidRDefault="00E25352">
            <w:pPr>
              <w:spacing w:after="0" w:line="240" w:lineRule="auto"/>
            </w:pPr>
            <w:r>
              <w:rPr>
                <w:color w:val="5E6875"/>
                <w:sz w:val="16"/>
              </w:rPr>
              <w:t>PRINTED NAME</w:t>
            </w:r>
            <w:r>
              <w:rPr>
                <w:color w:val="5E6875"/>
                <w:sz w:val="16"/>
              </w:rPr>
              <w:br/>
              <w:t>________________________</w:t>
            </w:r>
          </w:p>
        </w:tc>
        <w:tc>
          <w:tcPr>
            <w:tcW w:w="3252" w:type="dxa"/>
            <w:shd w:val="clear" w:color="auto" w:fill="F6F8FB"/>
            <w:tcMar>
              <w:top w:w="70" w:type="dxa"/>
              <w:left w:w="100" w:type="dxa"/>
              <w:bottom w:w="70" w:type="dxa"/>
              <w:right w:w="100" w:type="dxa"/>
            </w:tcMar>
            <w:vAlign w:val="center"/>
          </w:tcPr>
          <w:p w14:paraId="77FC9184" w14:textId="77777777" w:rsidR="00F8026E" w:rsidRDefault="00E25352">
            <w:pPr>
              <w:spacing w:after="0" w:line="240" w:lineRule="auto"/>
            </w:pPr>
            <w:r>
              <w:rPr>
                <w:color w:val="5E6875"/>
                <w:sz w:val="16"/>
              </w:rPr>
              <w:t>PREFERRED CONTACT METHOD</w:t>
            </w:r>
            <w:r>
              <w:rPr>
                <w:color w:val="5E6875"/>
                <w:sz w:val="16"/>
              </w:rPr>
              <w:br/>
              <w:t>________________________</w:t>
            </w:r>
          </w:p>
        </w:tc>
      </w:tr>
    </w:tbl>
    <w:p w14:paraId="30176511" w14:textId="77777777" w:rsidR="00F8026E" w:rsidRDefault="00E25352">
      <w:r>
        <w:br w:type="page"/>
      </w:r>
    </w:p>
    <w:tbl>
      <w:tblPr>
        <w:tblW w:w="10152" w:type="dxa"/>
        <w:jc w:val="center"/>
        <w:tblLayout w:type="fixed"/>
        <w:tblLook w:val="04A0" w:firstRow="1" w:lastRow="0" w:firstColumn="1" w:lastColumn="0" w:noHBand="0" w:noVBand="1"/>
      </w:tblPr>
      <w:tblGrid>
        <w:gridCol w:w="10152"/>
      </w:tblGrid>
      <w:tr w:rsidR="00F8026E" w14:paraId="1C905C6E" w14:textId="77777777">
        <w:trPr>
          <w:cantSplit/>
          <w:jc w:val="center"/>
        </w:trPr>
        <w:tc>
          <w:tcPr>
            <w:tcW w:w="10152" w:type="dxa"/>
            <w:shd w:val="clear" w:color="auto" w:fill="132A4F"/>
            <w:tcMar>
              <w:top w:w="70" w:type="dxa"/>
              <w:left w:w="100" w:type="dxa"/>
              <w:bottom w:w="70" w:type="dxa"/>
              <w:right w:w="100" w:type="dxa"/>
            </w:tcMar>
            <w:vAlign w:val="center"/>
          </w:tcPr>
          <w:p w14:paraId="0C8D1CA3" w14:textId="77777777" w:rsidR="00F8026E" w:rsidRDefault="00E25352">
            <w:pPr>
              <w:spacing w:after="0" w:line="240" w:lineRule="auto"/>
            </w:pPr>
            <w:r>
              <w:rPr>
                <w:b/>
                <w:color w:val="FFFFFF"/>
                <w:sz w:val="21"/>
              </w:rPr>
              <w:lastRenderedPageBreak/>
              <w:t>8. LODGE MEMBER RECOMMENDATIONS</w:t>
            </w:r>
          </w:p>
        </w:tc>
      </w:tr>
    </w:tbl>
    <w:p w14:paraId="693698D0" w14:textId="77777777" w:rsidR="00F8026E" w:rsidRDefault="00F8026E">
      <w:pPr>
        <w:spacing w:after="20"/>
      </w:pPr>
    </w:p>
    <w:p w14:paraId="6E914DE2" w14:textId="77777777" w:rsidR="00F8026E" w:rsidRDefault="00E25352">
      <w:pPr>
        <w:spacing w:after="100"/>
      </w:pPr>
      <w:r>
        <w:t>We recommend this petitioner for consideration based upon our personal knowledge or reasonable inquiry concerning his character and qualifications. Each signer must be eligible to recommend under Lodge and Grand Lodge rules.</w:t>
      </w:r>
    </w:p>
    <w:tbl>
      <w:tblPr>
        <w:tblStyle w:val="TableGrid"/>
        <w:tblW w:w="10152" w:type="dxa"/>
        <w:jc w:val="center"/>
        <w:tblLayout w:type="fixed"/>
        <w:tblLook w:val="04A0" w:firstRow="1" w:lastRow="0" w:firstColumn="1" w:lastColumn="0" w:noHBand="0" w:noVBand="1"/>
      </w:tblPr>
      <w:tblGrid>
        <w:gridCol w:w="4300"/>
        <w:gridCol w:w="3050"/>
        <w:gridCol w:w="2802"/>
      </w:tblGrid>
      <w:tr w:rsidR="00F8026E" w14:paraId="6BC1C9E5" w14:textId="77777777">
        <w:trPr>
          <w:cantSplit/>
          <w:jc w:val="center"/>
        </w:trPr>
        <w:tc>
          <w:tcPr>
            <w:tcW w:w="4300" w:type="dxa"/>
            <w:shd w:val="clear" w:color="auto" w:fill="F6F8FB"/>
            <w:tcMar>
              <w:top w:w="70" w:type="dxa"/>
              <w:left w:w="100" w:type="dxa"/>
              <w:bottom w:w="70" w:type="dxa"/>
              <w:right w:w="100" w:type="dxa"/>
            </w:tcMar>
            <w:vAlign w:val="center"/>
          </w:tcPr>
          <w:p w14:paraId="5765CDA3" w14:textId="77777777" w:rsidR="00F8026E" w:rsidRDefault="00E25352">
            <w:pPr>
              <w:spacing w:after="0" w:line="240" w:lineRule="auto"/>
            </w:pPr>
            <w:r>
              <w:rPr>
                <w:color w:val="5E6875"/>
                <w:sz w:val="16"/>
              </w:rPr>
              <w:t>RECOMMENDER 1 - PRINTED NAME</w:t>
            </w:r>
            <w:r>
              <w:rPr>
                <w:color w:val="5E6875"/>
                <w:sz w:val="16"/>
              </w:rPr>
              <w:br/>
              <w:t>________________________</w:t>
            </w:r>
          </w:p>
        </w:tc>
        <w:tc>
          <w:tcPr>
            <w:tcW w:w="3050" w:type="dxa"/>
            <w:shd w:val="clear" w:color="auto" w:fill="F6F8FB"/>
            <w:tcMar>
              <w:top w:w="70" w:type="dxa"/>
              <w:left w:w="100" w:type="dxa"/>
              <w:bottom w:w="70" w:type="dxa"/>
              <w:right w:w="100" w:type="dxa"/>
            </w:tcMar>
            <w:vAlign w:val="center"/>
          </w:tcPr>
          <w:p w14:paraId="778ECDD6" w14:textId="77777777" w:rsidR="00F8026E" w:rsidRDefault="00E25352">
            <w:pPr>
              <w:spacing w:after="0" w:line="240" w:lineRule="auto"/>
            </w:pPr>
            <w:r>
              <w:rPr>
                <w:color w:val="5E6875"/>
                <w:sz w:val="16"/>
              </w:rPr>
              <w:t>MEMBER / LODGE NUMBER</w:t>
            </w:r>
            <w:r>
              <w:rPr>
                <w:color w:val="5E6875"/>
                <w:sz w:val="16"/>
              </w:rPr>
              <w:br/>
              <w:t>________________________</w:t>
            </w:r>
          </w:p>
        </w:tc>
        <w:tc>
          <w:tcPr>
            <w:tcW w:w="2802" w:type="dxa"/>
            <w:shd w:val="clear" w:color="auto" w:fill="F6F8FB"/>
            <w:tcMar>
              <w:top w:w="70" w:type="dxa"/>
              <w:left w:w="100" w:type="dxa"/>
              <w:bottom w:w="70" w:type="dxa"/>
              <w:right w:w="100" w:type="dxa"/>
            </w:tcMar>
            <w:vAlign w:val="center"/>
          </w:tcPr>
          <w:p w14:paraId="3C7B92F6" w14:textId="77777777" w:rsidR="00F8026E" w:rsidRDefault="00E25352">
            <w:pPr>
              <w:spacing w:after="0" w:line="240" w:lineRule="auto"/>
            </w:pPr>
            <w:r>
              <w:rPr>
                <w:color w:val="5E6875"/>
                <w:sz w:val="16"/>
              </w:rPr>
              <w:t>YEARS KNOWN</w:t>
            </w:r>
            <w:r>
              <w:rPr>
                <w:color w:val="5E6875"/>
                <w:sz w:val="16"/>
              </w:rPr>
              <w:br/>
              <w:t>________________________</w:t>
            </w:r>
          </w:p>
        </w:tc>
      </w:tr>
      <w:tr w:rsidR="00F8026E" w14:paraId="24CDC88E" w14:textId="77777777">
        <w:trPr>
          <w:cantSplit/>
          <w:jc w:val="center"/>
        </w:trPr>
        <w:tc>
          <w:tcPr>
            <w:tcW w:w="4300" w:type="dxa"/>
            <w:shd w:val="clear" w:color="auto" w:fill="F6F8FB"/>
            <w:tcMar>
              <w:top w:w="70" w:type="dxa"/>
              <w:left w:w="100" w:type="dxa"/>
              <w:bottom w:w="70" w:type="dxa"/>
              <w:right w:w="100" w:type="dxa"/>
            </w:tcMar>
            <w:vAlign w:val="center"/>
          </w:tcPr>
          <w:p w14:paraId="046B50EE" w14:textId="77777777" w:rsidR="00F8026E" w:rsidRDefault="00E25352">
            <w:pPr>
              <w:spacing w:after="0" w:line="240" w:lineRule="auto"/>
            </w:pPr>
            <w:r>
              <w:rPr>
                <w:color w:val="5E6875"/>
                <w:sz w:val="16"/>
              </w:rPr>
              <w:t>SIGNATURE</w:t>
            </w:r>
            <w:r>
              <w:rPr>
                <w:color w:val="5E6875"/>
                <w:sz w:val="16"/>
              </w:rPr>
              <w:br/>
              <w:t>________________________</w:t>
            </w:r>
          </w:p>
        </w:tc>
        <w:tc>
          <w:tcPr>
            <w:tcW w:w="3050" w:type="dxa"/>
            <w:shd w:val="clear" w:color="auto" w:fill="F6F8FB"/>
            <w:tcMar>
              <w:top w:w="70" w:type="dxa"/>
              <w:left w:w="100" w:type="dxa"/>
              <w:bottom w:w="70" w:type="dxa"/>
              <w:right w:w="100" w:type="dxa"/>
            </w:tcMar>
            <w:vAlign w:val="center"/>
          </w:tcPr>
          <w:p w14:paraId="240C5BF5" w14:textId="77777777" w:rsidR="00F8026E" w:rsidRDefault="00E25352">
            <w:pPr>
              <w:spacing w:after="0" w:line="240" w:lineRule="auto"/>
            </w:pPr>
            <w:r>
              <w:rPr>
                <w:color w:val="5E6875"/>
                <w:sz w:val="16"/>
              </w:rPr>
              <w:t>PHONE / EMAIL</w:t>
            </w:r>
            <w:r>
              <w:rPr>
                <w:color w:val="5E6875"/>
                <w:sz w:val="16"/>
              </w:rPr>
              <w:br/>
              <w:t>________________________</w:t>
            </w:r>
          </w:p>
        </w:tc>
        <w:tc>
          <w:tcPr>
            <w:tcW w:w="2802" w:type="dxa"/>
            <w:shd w:val="clear" w:color="auto" w:fill="F6F8FB"/>
            <w:tcMar>
              <w:top w:w="70" w:type="dxa"/>
              <w:left w:w="100" w:type="dxa"/>
              <w:bottom w:w="70" w:type="dxa"/>
              <w:right w:w="100" w:type="dxa"/>
            </w:tcMar>
            <w:vAlign w:val="center"/>
          </w:tcPr>
          <w:p w14:paraId="093080E7" w14:textId="77777777" w:rsidR="00F8026E" w:rsidRDefault="00E25352">
            <w:pPr>
              <w:spacing w:after="0" w:line="240" w:lineRule="auto"/>
            </w:pPr>
            <w:r>
              <w:rPr>
                <w:color w:val="5E6875"/>
                <w:sz w:val="16"/>
              </w:rPr>
              <w:t>DATE</w:t>
            </w:r>
            <w:r>
              <w:rPr>
                <w:color w:val="5E6875"/>
                <w:sz w:val="16"/>
              </w:rPr>
              <w:br/>
              <w:t>________________________</w:t>
            </w:r>
          </w:p>
        </w:tc>
      </w:tr>
    </w:tbl>
    <w:p w14:paraId="0593B0A1" w14:textId="77777777" w:rsidR="00F8026E" w:rsidRDefault="00F8026E"/>
    <w:tbl>
      <w:tblPr>
        <w:tblStyle w:val="TableGrid"/>
        <w:tblW w:w="10152" w:type="dxa"/>
        <w:jc w:val="center"/>
        <w:tblLayout w:type="fixed"/>
        <w:tblLook w:val="04A0" w:firstRow="1" w:lastRow="0" w:firstColumn="1" w:lastColumn="0" w:noHBand="0" w:noVBand="1"/>
      </w:tblPr>
      <w:tblGrid>
        <w:gridCol w:w="4300"/>
        <w:gridCol w:w="3050"/>
        <w:gridCol w:w="2802"/>
      </w:tblGrid>
      <w:tr w:rsidR="00F8026E" w14:paraId="2E30248D" w14:textId="77777777">
        <w:trPr>
          <w:cantSplit/>
          <w:jc w:val="center"/>
        </w:trPr>
        <w:tc>
          <w:tcPr>
            <w:tcW w:w="4300" w:type="dxa"/>
            <w:shd w:val="clear" w:color="auto" w:fill="F6F8FB"/>
            <w:tcMar>
              <w:top w:w="70" w:type="dxa"/>
              <w:left w:w="100" w:type="dxa"/>
              <w:bottom w:w="70" w:type="dxa"/>
              <w:right w:w="100" w:type="dxa"/>
            </w:tcMar>
            <w:vAlign w:val="center"/>
          </w:tcPr>
          <w:p w14:paraId="0DEBB714" w14:textId="77777777" w:rsidR="00F8026E" w:rsidRDefault="00E25352">
            <w:pPr>
              <w:spacing w:after="0" w:line="240" w:lineRule="auto"/>
            </w:pPr>
            <w:r>
              <w:rPr>
                <w:color w:val="5E6875"/>
                <w:sz w:val="16"/>
              </w:rPr>
              <w:t>RECOMMENDER 2 - PRINTED NAME</w:t>
            </w:r>
            <w:r>
              <w:rPr>
                <w:color w:val="5E6875"/>
                <w:sz w:val="16"/>
              </w:rPr>
              <w:br/>
            </w:r>
            <w:r>
              <w:rPr>
                <w:color w:val="5E6875"/>
                <w:sz w:val="16"/>
              </w:rPr>
              <w:t>________________________</w:t>
            </w:r>
          </w:p>
        </w:tc>
        <w:tc>
          <w:tcPr>
            <w:tcW w:w="3050" w:type="dxa"/>
            <w:shd w:val="clear" w:color="auto" w:fill="F6F8FB"/>
            <w:tcMar>
              <w:top w:w="70" w:type="dxa"/>
              <w:left w:w="100" w:type="dxa"/>
              <w:bottom w:w="70" w:type="dxa"/>
              <w:right w:w="100" w:type="dxa"/>
            </w:tcMar>
            <w:vAlign w:val="center"/>
          </w:tcPr>
          <w:p w14:paraId="26DB42A6" w14:textId="77777777" w:rsidR="00F8026E" w:rsidRDefault="00E25352">
            <w:pPr>
              <w:spacing w:after="0" w:line="240" w:lineRule="auto"/>
            </w:pPr>
            <w:r>
              <w:rPr>
                <w:color w:val="5E6875"/>
                <w:sz w:val="16"/>
              </w:rPr>
              <w:t>MEMBER / LODGE NUMBER</w:t>
            </w:r>
            <w:r>
              <w:rPr>
                <w:color w:val="5E6875"/>
                <w:sz w:val="16"/>
              </w:rPr>
              <w:br/>
              <w:t>________________________</w:t>
            </w:r>
          </w:p>
        </w:tc>
        <w:tc>
          <w:tcPr>
            <w:tcW w:w="2802" w:type="dxa"/>
            <w:shd w:val="clear" w:color="auto" w:fill="F6F8FB"/>
            <w:tcMar>
              <w:top w:w="70" w:type="dxa"/>
              <w:left w:w="100" w:type="dxa"/>
              <w:bottom w:w="70" w:type="dxa"/>
              <w:right w:w="100" w:type="dxa"/>
            </w:tcMar>
            <w:vAlign w:val="center"/>
          </w:tcPr>
          <w:p w14:paraId="44989F9D" w14:textId="77777777" w:rsidR="00F8026E" w:rsidRDefault="00E25352">
            <w:pPr>
              <w:spacing w:after="0" w:line="240" w:lineRule="auto"/>
            </w:pPr>
            <w:r>
              <w:rPr>
                <w:color w:val="5E6875"/>
                <w:sz w:val="16"/>
              </w:rPr>
              <w:t>YEARS KNOWN</w:t>
            </w:r>
            <w:r>
              <w:rPr>
                <w:color w:val="5E6875"/>
                <w:sz w:val="16"/>
              </w:rPr>
              <w:br/>
              <w:t>________________________</w:t>
            </w:r>
          </w:p>
        </w:tc>
      </w:tr>
      <w:tr w:rsidR="00F8026E" w14:paraId="5BB84AE4" w14:textId="77777777">
        <w:trPr>
          <w:cantSplit/>
          <w:jc w:val="center"/>
        </w:trPr>
        <w:tc>
          <w:tcPr>
            <w:tcW w:w="4300" w:type="dxa"/>
            <w:shd w:val="clear" w:color="auto" w:fill="F6F8FB"/>
            <w:tcMar>
              <w:top w:w="70" w:type="dxa"/>
              <w:left w:w="100" w:type="dxa"/>
              <w:bottom w:w="70" w:type="dxa"/>
              <w:right w:w="100" w:type="dxa"/>
            </w:tcMar>
            <w:vAlign w:val="center"/>
          </w:tcPr>
          <w:p w14:paraId="07F6F8E3" w14:textId="77777777" w:rsidR="00F8026E" w:rsidRDefault="00E25352">
            <w:pPr>
              <w:spacing w:after="0" w:line="240" w:lineRule="auto"/>
            </w:pPr>
            <w:r>
              <w:rPr>
                <w:color w:val="5E6875"/>
                <w:sz w:val="16"/>
              </w:rPr>
              <w:t>SIGNATURE</w:t>
            </w:r>
            <w:r>
              <w:rPr>
                <w:color w:val="5E6875"/>
                <w:sz w:val="16"/>
              </w:rPr>
              <w:br/>
              <w:t>________________________</w:t>
            </w:r>
          </w:p>
        </w:tc>
        <w:tc>
          <w:tcPr>
            <w:tcW w:w="3050" w:type="dxa"/>
            <w:shd w:val="clear" w:color="auto" w:fill="F6F8FB"/>
            <w:tcMar>
              <w:top w:w="70" w:type="dxa"/>
              <w:left w:w="100" w:type="dxa"/>
              <w:bottom w:w="70" w:type="dxa"/>
              <w:right w:w="100" w:type="dxa"/>
            </w:tcMar>
            <w:vAlign w:val="center"/>
          </w:tcPr>
          <w:p w14:paraId="28B6D0C4" w14:textId="77777777" w:rsidR="00F8026E" w:rsidRDefault="00E25352">
            <w:pPr>
              <w:spacing w:after="0" w:line="240" w:lineRule="auto"/>
            </w:pPr>
            <w:r>
              <w:rPr>
                <w:color w:val="5E6875"/>
                <w:sz w:val="16"/>
              </w:rPr>
              <w:t>PHONE / EMAIL</w:t>
            </w:r>
            <w:r>
              <w:rPr>
                <w:color w:val="5E6875"/>
                <w:sz w:val="16"/>
              </w:rPr>
              <w:br/>
              <w:t>________________________</w:t>
            </w:r>
          </w:p>
        </w:tc>
        <w:tc>
          <w:tcPr>
            <w:tcW w:w="2802" w:type="dxa"/>
            <w:shd w:val="clear" w:color="auto" w:fill="F6F8FB"/>
            <w:tcMar>
              <w:top w:w="70" w:type="dxa"/>
              <w:left w:w="100" w:type="dxa"/>
              <w:bottom w:w="70" w:type="dxa"/>
              <w:right w:w="100" w:type="dxa"/>
            </w:tcMar>
            <w:vAlign w:val="center"/>
          </w:tcPr>
          <w:p w14:paraId="0873C0CE" w14:textId="77777777" w:rsidR="00F8026E" w:rsidRDefault="00E25352">
            <w:pPr>
              <w:spacing w:after="0" w:line="240" w:lineRule="auto"/>
            </w:pPr>
            <w:r>
              <w:rPr>
                <w:color w:val="5E6875"/>
                <w:sz w:val="16"/>
              </w:rPr>
              <w:t>DATE</w:t>
            </w:r>
            <w:r>
              <w:rPr>
                <w:color w:val="5E6875"/>
                <w:sz w:val="16"/>
              </w:rPr>
              <w:br/>
              <w:t>________________________</w:t>
            </w:r>
          </w:p>
        </w:tc>
      </w:tr>
    </w:tbl>
    <w:p w14:paraId="481E058A" w14:textId="77777777" w:rsidR="00F8026E" w:rsidRDefault="00F8026E"/>
    <w:tbl>
      <w:tblPr>
        <w:tblW w:w="10152" w:type="dxa"/>
        <w:jc w:val="center"/>
        <w:tblLayout w:type="fixed"/>
        <w:tblLook w:val="04A0" w:firstRow="1" w:lastRow="0" w:firstColumn="1" w:lastColumn="0" w:noHBand="0" w:noVBand="1"/>
      </w:tblPr>
      <w:tblGrid>
        <w:gridCol w:w="10152"/>
      </w:tblGrid>
      <w:tr w:rsidR="00F8026E" w14:paraId="72825316" w14:textId="77777777">
        <w:trPr>
          <w:cantSplit/>
          <w:jc w:val="center"/>
        </w:trPr>
        <w:tc>
          <w:tcPr>
            <w:tcW w:w="10152" w:type="dxa"/>
            <w:shd w:val="clear" w:color="auto" w:fill="132A4F"/>
            <w:tcMar>
              <w:top w:w="70" w:type="dxa"/>
              <w:left w:w="100" w:type="dxa"/>
              <w:bottom w:w="70" w:type="dxa"/>
              <w:right w:w="100" w:type="dxa"/>
            </w:tcMar>
            <w:vAlign w:val="center"/>
          </w:tcPr>
          <w:p w14:paraId="42C74A83" w14:textId="77777777" w:rsidR="00F8026E" w:rsidRDefault="00E25352">
            <w:pPr>
              <w:spacing w:after="0" w:line="240" w:lineRule="auto"/>
            </w:pPr>
            <w:r>
              <w:rPr>
                <w:b/>
                <w:color w:val="FFFFFF"/>
                <w:sz w:val="21"/>
              </w:rPr>
              <w:t>9. FOR LODGE USE ONLY - ADMINISTRATIVE REVIEW</w:t>
            </w:r>
          </w:p>
        </w:tc>
      </w:tr>
    </w:tbl>
    <w:p w14:paraId="0CBA687C" w14:textId="77777777" w:rsidR="00F8026E" w:rsidRDefault="00F8026E">
      <w:pPr>
        <w:spacing w:after="20"/>
      </w:pPr>
    </w:p>
    <w:tbl>
      <w:tblPr>
        <w:tblW w:w="10152" w:type="dxa"/>
        <w:jc w:val="center"/>
        <w:tblLayout w:type="fixed"/>
        <w:tblLook w:val="04A0" w:firstRow="1" w:lastRow="0" w:firstColumn="1" w:lastColumn="0" w:noHBand="0" w:noVBand="1"/>
      </w:tblPr>
      <w:tblGrid>
        <w:gridCol w:w="10152"/>
      </w:tblGrid>
      <w:tr w:rsidR="00F8026E" w14:paraId="4E3DC2C4" w14:textId="77777777">
        <w:trPr>
          <w:cantSplit/>
          <w:jc w:val="center"/>
        </w:trPr>
        <w:tc>
          <w:tcPr>
            <w:tcW w:w="10152" w:type="dxa"/>
            <w:shd w:val="clear" w:color="auto" w:fill="E9EFF6"/>
            <w:tcMar>
              <w:top w:w="70" w:type="dxa"/>
              <w:left w:w="100" w:type="dxa"/>
              <w:bottom w:w="70" w:type="dxa"/>
              <w:right w:w="100" w:type="dxa"/>
            </w:tcMar>
            <w:vAlign w:val="center"/>
          </w:tcPr>
          <w:p w14:paraId="66470954" w14:textId="77777777" w:rsidR="00F8026E" w:rsidRDefault="00E25352">
            <w:pPr>
              <w:spacing w:after="0" w:line="240" w:lineRule="auto"/>
            </w:pPr>
            <w:r>
              <w:rPr>
                <w:color w:val="132A4F"/>
                <w:sz w:val="17"/>
              </w:rPr>
              <w:t>This page is confidential and is completed by authorized Lodge officers or committee members. Follow the jurisdiction’s required investigation, notice, ballot, fee, and record-retention procedures.</w:t>
            </w:r>
          </w:p>
        </w:tc>
      </w:tr>
    </w:tbl>
    <w:tbl>
      <w:tblPr>
        <w:tblStyle w:val="TableGrid"/>
        <w:tblW w:w="10152" w:type="dxa"/>
        <w:jc w:val="center"/>
        <w:tblLayout w:type="fixed"/>
        <w:tblLook w:val="04A0" w:firstRow="1" w:lastRow="0" w:firstColumn="1" w:lastColumn="0" w:noHBand="0" w:noVBand="1"/>
      </w:tblPr>
      <w:tblGrid>
        <w:gridCol w:w="5076"/>
        <w:gridCol w:w="5076"/>
      </w:tblGrid>
      <w:tr w:rsidR="00F8026E" w14:paraId="1F6DF2AD" w14:textId="77777777">
        <w:trPr>
          <w:cantSplit/>
          <w:jc w:val="center"/>
        </w:trPr>
        <w:tc>
          <w:tcPr>
            <w:tcW w:w="5076" w:type="dxa"/>
            <w:shd w:val="clear" w:color="auto" w:fill="F6F8FB"/>
            <w:tcMar>
              <w:top w:w="70" w:type="dxa"/>
              <w:left w:w="100" w:type="dxa"/>
              <w:bottom w:w="70" w:type="dxa"/>
              <w:right w:w="100" w:type="dxa"/>
            </w:tcMar>
            <w:vAlign w:val="center"/>
          </w:tcPr>
          <w:p w14:paraId="3265BE95" w14:textId="77777777" w:rsidR="00F8026E" w:rsidRDefault="00E25352">
            <w:pPr>
              <w:spacing w:after="0" w:line="240" w:lineRule="auto"/>
            </w:pPr>
            <w:r>
              <w:rPr>
                <w:color w:val="5E6875"/>
                <w:sz w:val="16"/>
              </w:rPr>
              <w:t>DATE PETITION RECEIVED</w:t>
            </w:r>
            <w:r>
              <w:rPr>
                <w:color w:val="5E6875"/>
                <w:sz w:val="16"/>
              </w:rPr>
              <w:br/>
            </w:r>
            <w:r>
              <w:rPr>
                <w:color w:val="5E6875"/>
                <w:sz w:val="16"/>
              </w:rPr>
              <w:t>________________________</w:t>
            </w:r>
          </w:p>
        </w:tc>
        <w:tc>
          <w:tcPr>
            <w:tcW w:w="5076" w:type="dxa"/>
            <w:shd w:val="clear" w:color="auto" w:fill="F6F8FB"/>
            <w:tcMar>
              <w:top w:w="70" w:type="dxa"/>
              <w:left w:w="100" w:type="dxa"/>
              <w:bottom w:w="70" w:type="dxa"/>
              <w:right w:w="100" w:type="dxa"/>
            </w:tcMar>
            <w:vAlign w:val="center"/>
          </w:tcPr>
          <w:p w14:paraId="044D2AC1" w14:textId="77777777" w:rsidR="00F8026E" w:rsidRDefault="00E25352">
            <w:pPr>
              <w:spacing w:after="0" w:line="240" w:lineRule="auto"/>
            </w:pPr>
            <w:r>
              <w:rPr>
                <w:color w:val="5E6875"/>
                <w:sz w:val="16"/>
              </w:rPr>
              <w:t>MEETING / MINUTES REFERENCE</w:t>
            </w:r>
            <w:r>
              <w:rPr>
                <w:color w:val="5E6875"/>
                <w:sz w:val="16"/>
              </w:rPr>
              <w:br/>
              <w:t>________________________</w:t>
            </w:r>
          </w:p>
        </w:tc>
      </w:tr>
      <w:tr w:rsidR="00F8026E" w14:paraId="3EFD09C8" w14:textId="77777777">
        <w:trPr>
          <w:cantSplit/>
          <w:jc w:val="center"/>
        </w:trPr>
        <w:tc>
          <w:tcPr>
            <w:tcW w:w="5076" w:type="dxa"/>
            <w:shd w:val="clear" w:color="auto" w:fill="F6F8FB"/>
            <w:tcMar>
              <w:top w:w="70" w:type="dxa"/>
              <w:left w:w="100" w:type="dxa"/>
              <w:bottom w:w="70" w:type="dxa"/>
              <w:right w:w="100" w:type="dxa"/>
            </w:tcMar>
            <w:vAlign w:val="center"/>
          </w:tcPr>
          <w:p w14:paraId="5803920A" w14:textId="77777777" w:rsidR="00F8026E" w:rsidRDefault="00E25352">
            <w:pPr>
              <w:spacing w:after="0" w:line="240" w:lineRule="auto"/>
            </w:pPr>
            <w:r>
              <w:rPr>
                <w:color w:val="5E6875"/>
                <w:sz w:val="16"/>
              </w:rPr>
              <w:t>FEES VERIFIED BY</w:t>
            </w:r>
            <w:r>
              <w:rPr>
                <w:color w:val="5E6875"/>
                <w:sz w:val="16"/>
              </w:rPr>
              <w:br/>
              <w:t>________________________</w:t>
            </w:r>
          </w:p>
        </w:tc>
        <w:tc>
          <w:tcPr>
            <w:tcW w:w="5076" w:type="dxa"/>
            <w:shd w:val="clear" w:color="auto" w:fill="F6F8FB"/>
            <w:tcMar>
              <w:top w:w="70" w:type="dxa"/>
              <w:left w:w="100" w:type="dxa"/>
              <w:bottom w:w="70" w:type="dxa"/>
              <w:right w:w="100" w:type="dxa"/>
            </w:tcMar>
            <w:vAlign w:val="center"/>
          </w:tcPr>
          <w:p w14:paraId="1C067682" w14:textId="77777777" w:rsidR="00F8026E" w:rsidRDefault="00E25352">
            <w:pPr>
              <w:spacing w:after="0" w:line="240" w:lineRule="auto"/>
            </w:pPr>
            <w:r>
              <w:rPr>
                <w:color w:val="5E6875"/>
                <w:sz w:val="16"/>
              </w:rPr>
              <w:t>BACKGROUND REVIEW STATUS</w:t>
            </w:r>
            <w:r>
              <w:rPr>
                <w:color w:val="5E6875"/>
                <w:sz w:val="16"/>
              </w:rPr>
              <w:br/>
              <w:t>________________________</w:t>
            </w:r>
          </w:p>
        </w:tc>
      </w:tr>
      <w:tr w:rsidR="00F8026E" w14:paraId="2AC6E336" w14:textId="77777777">
        <w:trPr>
          <w:cantSplit/>
          <w:jc w:val="center"/>
        </w:trPr>
        <w:tc>
          <w:tcPr>
            <w:tcW w:w="5076" w:type="dxa"/>
            <w:shd w:val="clear" w:color="auto" w:fill="F6F8FB"/>
            <w:tcMar>
              <w:top w:w="70" w:type="dxa"/>
              <w:left w:w="100" w:type="dxa"/>
              <w:bottom w:w="70" w:type="dxa"/>
              <w:right w:w="100" w:type="dxa"/>
            </w:tcMar>
            <w:vAlign w:val="center"/>
          </w:tcPr>
          <w:p w14:paraId="0C6D0C1C" w14:textId="77777777" w:rsidR="00F8026E" w:rsidRDefault="00E25352">
            <w:pPr>
              <w:spacing w:after="0" w:line="240" w:lineRule="auto"/>
            </w:pPr>
            <w:r>
              <w:rPr>
                <w:color w:val="5E6875"/>
                <w:sz w:val="16"/>
              </w:rPr>
              <w:t>COMMITTEE APPOINTED DATE</w:t>
            </w:r>
            <w:r>
              <w:rPr>
                <w:color w:val="5E6875"/>
                <w:sz w:val="16"/>
              </w:rPr>
              <w:br/>
              <w:t>________________________</w:t>
            </w:r>
          </w:p>
        </w:tc>
        <w:tc>
          <w:tcPr>
            <w:tcW w:w="5076" w:type="dxa"/>
            <w:shd w:val="clear" w:color="auto" w:fill="F6F8FB"/>
            <w:tcMar>
              <w:top w:w="70" w:type="dxa"/>
              <w:left w:w="100" w:type="dxa"/>
              <w:bottom w:w="70" w:type="dxa"/>
              <w:right w:w="100" w:type="dxa"/>
            </w:tcMar>
            <w:vAlign w:val="center"/>
          </w:tcPr>
          <w:p w14:paraId="4E764877" w14:textId="77777777" w:rsidR="00F8026E" w:rsidRDefault="00E25352">
            <w:pPr>
              <w:spacing w:after="0" w:line="240" w:lineRule="auto"/>
            </w:pPr>
            <w:r>
              <w:rPr>
                <w:color w:val="5E6875"/>
                <w:sz w:val="16"/>
              </w:rPr>
              <w:t>REPORT DUE DATE</w:t>
            </w:r>
            <w:r>
              <w:rPr>
                <w:color w:val="5E6875"/>
                <w:sz w:val="16"/>
              </w:rPr>
              <w:br/>
              <w:t>________________________</w:t>
            </w:r>
          </w:p>
        </w:tc>
      </w:tr>
      <w:tr w:rsidR="00F8026E" w14:paraId="36363FCD" w14:textId="77777777">
        <w:trPr>
          <w:cantSplit/>
          <w:jc w:val="center"/>
        </w:trPr>
        <w:tc>
          <w:tcPr>
            <w:tcW w:w="5076" w:type="dxa"/>
            <w:shd w:val="clear" w:color="auto" w:fill="F6F8FB"/>
            <w:tcMar>
              <w:top w:w="70" w:type="dxa"/>
              <w:left w:w="100" w:type="dxa"/>
              <w:bottom w:w="70" w:type="dxa"/>
              <w:right w:w="100" w:type="dxa"/>
            </w:tcMar>
            <w:vAlign w:val="center"/>
          </w:tcPr>
          <w:p w14:paraId="2B074A43" w14:textId="77777777" w:rsidR="00F8026E" w:rsidRDefault="00E25352">
            <w:pPr>
              <w:spacing w:after="0" w:line="240" w:lineRule="auto"/>
            </w:pPr>
            <w:r>
              <w:rPr>
                <w:color w:val="5E6875"/>
                <w:sz w:val="16"/>
              </w:rPr>
              <w:t>READING / NOTICE DATES</w:t>
            </w:r>
            <w:r>
              <w:rPr>
                <w:color w:val="5E6875"/>
                <w:sz w:val="16"/>
              </w:rPr>
              <w:br/>
              <w:t>________________________</w:t>
            </w:r>
          </w:p>
        </w:tc>
        <w:tc>
          <w:tcPr>
            <w:tcW w:w="5076" w:type="dxa"/>
            <w:shd w:val="clear" w:color="auto" w:fill="F6F8FB"/>
            <w:tcMar>
              <w:top w:w="70" w:type="dxa"/>
              <w:left w:w="100" w:type="dxa"/>
              <w:bottom w:w="70" w:type="dxa"/>
              <w:right w:w="100" w:type="dxa"/>
            </w:tcMar>
            <w:vAlign w:val="center"/>
          </w:tcPr>
          <w:p w14:paraId="51B8B64B" w14:textId="77777777" w:rsidR="00F8026E" w:rsidRDefault="00E25352">
            <w:pPr>
              <w:spacing w:after="0" w:line="240" w:lineRule="auto"/>
            </w:pPr>
            <w:r>
              <w:rPr>
                <w:color w:val="5E6875"/>
                <w:sz w:val="16"/>
              </w:rPr>
              <w:t>BALLOT DATE</w:t>
            </w:r>
            <w:r>
              <w:rPr>
                <w:color w:val="5E6875"/>
                <w:sz w:val="16"/>
              </w:rPr>
              <w:br/>
              <w:t>________________________</w:t>
            </w:r>
          </w:p>
        </w:tc>
      </w:tr>
      <w:tr w:rsidR="00F8026E" w14:paraId="5F784206" w14:textId="77777777">
        <w:trPr>
          <w:cantSplit/>
          <w:jc w:val="center"/>
        </w:trPr>
        <w:tc>
          <w:tcPr>
            <w:tcW w:w="5076" w:type="dxa"/>
            <w:shd w:val="clear" w:color="auto" w:fill="F6F8FB"/>
            <w:tcMar>
              <w:top w:w="70" w:type="dxa"/>
              <w:left w:w="100" w:type="dxa"/>
              <w:bottom w:w="70" w:type="dxa"/>
              <w:right w:w="100" w:type="dxa"/>
            </w:tcMar>
            <w:vAlign w:val="center"/>
          </w:tcPr>
          <w:p w14:paraId="5A3A6C2B" w14:textId="77777777" w:rsidR="00F8026E" w:rsidRDefault="00E25352">
            <w:pPr>
              <w:spacing w:after="0" w:line="240" w:lineRule="auto"/>
            </w:pPr>
            <w:r>
              <w:rPr>
                <w:color w:val="5E6875"/>
                <w:sz w:val="16"/>
              </w:rPr>
              <w:t>SECRETARY FILE NUMBER</w:t>
            </w:r>
            <w:r>
              <w:rPr>
                <w:color w:val="5E6875"/>
                <w:sz w:val="16"/>
              </w:rPr>
              <w:br/>
              <w:t>________________________</w:t>
            </w:r>
          </w:p>
        </w:tc>
        <w:tc>
          <w:tcPr>
            <w:tcW w:w="5076" w:type="dxa"/>
            <w:shd w:val="clear" w:color="auto" w:fill="F6F8FB"/>
            <w:tcMar>
              <w:top w:w="70" w:type="dxa"/>
              <w:left w:w="100" w:type="dxa"/>
              <w:bottom w:w="70" w:type="dxa"/>
              <w:right w:w="100" w:type="dxa"/>
            </w:tcMar>
            <w:vAlign w:val="center"/>
          </w:tcPr>
          <w:p w14:paraId="0E549F84" w14:textId="77777777" w:rsidR="00F8026E" w:rsidRDefault="00E25352">
            <w:pPr>
              <w:spacing w:after="0" w:line="240" w:lineRule="auto"/>
            </w:pPr>
            <w:r>
              <w:rPr>
                <w:color w:val="5E6875"/>
                <w:sz w:val="16"/>
              </w:rPr>
              <w:t>APPLICATION STATUS</w:t>
            </w:r>
            <w:r>
              <w:rPr>
                <w:color w:val="5E6875"/>
                <w:sz w:val="16"/>
              </w:rPr>
              <w:br/>
              <w:t>________________________</w:t>
            </w:r>
          </w:p>
        </w:tc>
      </w:tr>
    </w:tbl>
    <w:tbl>
      <w:tblPr>
        <w:tblW w:w="10152" w:type="dxa"/>
        <w:jc w:val="center"/>
        <w:tblLayout w:type="fixed"/>
        <w:tblLook w:val="04A0" w:firstRow="1" w:lastRow="0" w:firstColumn="1" w:lastColumn="0" w:noHBand="0" w:noVBand="1"/>
      </w:tblPr>
      <w:tblGrid>
        <w:gridCol w:w="10152"/>
      </w:tblGrid>
      <w:tr w:rsidR="00F8026E" w14:paraId="789AA1FD" w14:textId="77777777">
        <w:trPr>
          <w:cantSplit/>
          <w:jc w:val="center"/>
        </w:trPr>
        <w:tc>
          <w:tcPr>
            <w:tcW w:w="10152" w:type="dxa"/>
            <w:shd w:val="clear" w:color="auto" w:fill="132A4F"/>
            <w:tcMar>
              <w:top w:w="70" w:type="dxa"/>
              <w:left w:w="100" w:type="dxa"/>
              <w:bottom w:w="70" w:type="dxa"/>
              <w:right w:w="100" w:type="dxa"/>
            </w:tcMar>
            <w:vAlign w:val="center"/>
          </w:tcPr>
          <w:p w14:paraId="2389CD6D" w14:textId="77777777" w:rsidR="00F8026E" w:rsidRDefault="00E25352">
            <w:pPr>
              <w:spacing w:after="0" w:line="240" w:lineRule="auto"/>
            </w:pPr>
            <w:r>
              <w:rPr>
                <w:b/>
                <w:color w:val="FFFFFF"/>
                <w:sz w:val="21"/>
              </w:rPr>
              <w:t>10. INVESTIGATION COMMITTEE RECORD</w:t>
            </w:r>
          </w:p>
        </w:tc>
      </w:tr>
    </w:tbl>
    <w:p w14:paraId="5F456D7B" w14:textId="77777777" w:rsidR="00F8026E" w:rsidRDefault="00F8026E">
      <w:pPr>
        <w:spacing w:after="20"/>
      </w:pPr>
    </w:p>
    <w:tbl>
      <w:tblPr>
        <w:tblStyle w:val="TableGrid"/>
        <w:tblW w:w="10152" w:type="dxa"/>
        <w:jc w:val="center"/>
        <w:tblLayout w:type="fixed"/>
        <w:tblLook w:val="04A0" w:firstRow="1" w:lastRow="0" w:firstColumn="1" w:lastColumn="0" w:noHBand="0" w:noVBand="1"/>
      </w:tblPr>
      <w:tblGrid>
        <w:gridCol w:w="2800"/>
        <w:gridCol w:w="2800"/>
        <w:gridCol w:w="2300"/>
        <w:gridCol w:w="2252"/>
      </w:tblGrid>
      <w:tr w:rsidR="00F8026E" w14:paraId="0502CDC6" w14:textId="77777777">
        <w:trPr>
          <w:cantSplit/>
          <w:jc w:val="center"/>
        </w:trPr>
        <w:tc>
          <w:tcPr>
            <w:tcW w:w="2800" w:type="dxa"/>
            <w:shd w:val="clear" w:color="auto" w:fill="E9EFF6"/>
            <w:tcMar>
              <w:top w:w="70" w:type="dxa"/>
              <w:left w:w="100" w:type="dxa"/>
              <w:bottom w:w="70" w:type="dxa"/>
              <w:right w:w="100" w:type="dxa"/>
            </w:tcMar>
            <w:vAlign w:val="center"/>
          </w:tcPr>
          <w:p w14:paraId="0585EA38" w14:textId="77777777" w:rsidR="00F8026E" w:rsidRDefault="00E25352">
            <w:pPr>
              <w:spacing w:after="0" w:line="240" w:lineRule="auto"/>
              <w:jc w:val="center"/>
            </w:pPr>
            <w:r>
              <w:rPr>
                <w:b/>
                <w:color w:val="132A4F"/>
                <w:sz w:val="16"/>
              </w:rPr>
              <w:t>Committee Member</w:t>
            </w:r>
          </w:p>
        </w:tc>
        <w:tc>
          <w:tcPr>
            <w:tcW w:w="2800" w:type="dxa"/>
            <w:shd w:val="clear" w:color="auto" w:fill="E9EFF6"/>
            <w:tcMar>
              <w:top w:w="70" w:type="dxa"/>
              <w:left w:w="100" w:type="dxa"/>
              <w:bottom w:w="70" w:type="dxa"/>
              <w:right w:w="100" w:type="dxa"/>
            </w:tcMar>
            <w:vAlign w:val="center"/>
          </w:tcPr>
          <w:p w14:paraId="7D771459" w14:textId="77777777" w:rsidR="00F8026E" w:rsidRDefault="00E25352">
            <w:pPr>
              <w:spacing w:after="0" w:line="240" w:lineRule="auto"/>
              <w:jc w:val="center"/>
            </w:pPr>
            <w:r>
              <w:rPr>
                <w:b/>
                <w:color w:val="132A4F"/>
                <w:sz w:val="16"/>
              </w:rPr>
              <w:t>Signature</w:t>
            </w:r>
          </w:p>
        </w:tc>
        <w:tc>
          <w:tcPr>
            <w:tcW w:w="2300" w:type="dxa"/>
            <w:shd w:val="clear" w:color="auto" w:fill="E9EFF6"/>
            <w:tcMar>
              <w:top w:w="70" w:type="dxa"/>
              <w:left w:w="100" w:type="dxa"/>
              <w:bottom w:w="70" w:type="dxa"/>
              <w:right w:w="100" w:type="dxa"/>
            </w:tcMar>
            <w:vAlign w:val="center"/>
          </w:tcPr>
          <w:p w14:paraId="5C548866" w14:textId="77777777" w:rsidR="00F8026E" w:rsidRDefault="00E25352">
            <w:pPr>
              <w:spacing w:after="0" w:line="240" w:lineRule="auto"/>
              <w:jc w:val="center"/>
            </w:pPr>
            <w:r>
              <w:rPr>
                <w:b/>
                <w:color w:val="132A4F"/>
                <w:sz w:val="16"/>
              </w:rPr>
              <w:t>Interview / Contact Date</w:t>
            </w:r>
          </w:p>
        </w:tc>
        <w:tc>
          <w:tcPr>
            <w:tcW w:w="2252" w:type="dxa"/>
            <w:shd w:val="clear" w:color="auto" w:fill="E9EFF6"/>
            <w:tcMar>
              <w:top w:w="70" w:type="dxa"/>
              <w:left w:w="100" w:type="dxa"/>
              <w:bottom w:w="70" w:type="dxa"/>
              <w:right w:w="100" w:type="dxa"/>
            </w:tcMar>
            <w:vAlign w:val="center"/>
          </w:tcPr>
          <w:p w14:paraId="3201AAD0" w14:textId="77777777" w:rsidR="00F8026E" w:rsidRDefault="00E25352">
            <w:pPr>
              <w:spacing w:after="0" w:line="240" w:lineRule="auto"/>
              <w:jc w:val="center"/>
            </w:pPr>
            <w:r>
              <w:rPr>
                <w:b/>
                <w:color w:val="132A4F"/>
                <w:sz w:val="16"/>
              </w:rPr>
              <w:t>Recommendation</w:t>
            </w:r>
          </w:p>
        </w:tc>
      </w:tr>
      <w:tr w:rsidR="00F8026E" w14:paraId="44546A68" w14:textId="77777777">
        <w:trPr>
          <w:cantSplit/>
          <w:jc w:val="center"/>
        </w:trPr>
        <w:tc>
          <w:tcPr>
            <w:tcW w:w="2800" w:type="dxa"/>
            <w:tcMar>
              <w:top w:w="70" w:type="dxa"/>
              <w:left w:w="100" w:type="dxa"/>
              <w:bottom w:w="70" w:type="dxa"/>
              <w:right w:w="100" w:type="dxa"/>
            </w:tcMar>
            <w:vAlign w:val="center"/>
          </w:tcPr>
          <w:p w14:paraId="579CE119" w14:textId="77777777" w:rsidR="00F8026E" w:rsidRDefault="00E25352">
            <w:pPr>
              <w:spacing w:after="0" w:line="240" w:lineRule="auto"/>
            </w:pPr>
            <w:r>
              <w:rPr>
                <w:color w:val="111111"/>
                <w:sz w:val="16"/>
              </w:rPr>
              <w:br/>
            </w:r>
          </w:p>
        </w:tc>
        <w:tc>
          <w:tcPr>
            <w:tcW w:w="2800" w:type="dxa"/>
            <w:tcMar>
              <w:top w:w="70" w:type="dxa"/>
              <w:left w:w="100" w:type="dxa"/>
              <w:bottom w:w="70" w:type="dxa"/>
              <w:right w:w="100" w:type="dxa"/>
            </w:tcMar>
            <w:vAlign w:val="center"/>
          </w:tcPr>
          <w:p w14:paraId="38745074" w14:textId="77777777" w:rsidR="00F8026E" w:rsidRDefault="00E25352">
            <w:pPr>
              <w:spacing w:after="0" w:line="240" w:lineRule="auto"/>
            </w:pPr>
            <w:r>
              <w:rPr>
                <w:color w:val="111111"/>
                <w:sz w:val="16"/>
              </w:rPr>
              <w:br/>
            </w:r>
          </w:p>
        </w:tc>
        <w:tc>
          <w:tcPr>
            <w:tcW w:w="2300" w:type="dxa"/>
            <w:tcMar>
              <w:top w:w="70" w:type="dxa"/>
              <w:left w:w="100" w:type="dxa"/>
              <w:bottom w:w="70" w:type="dxa"/>
              <w:right w:w="100" w:type="dxa"/>
            </w:tcMar>
            <w:vAlign w:val="center"/>
          </w:tcPr>
          <w:p w14:paraId="613F39D8" w14:textId="77777777" w:rsidR="00F8026E" w:rsidRDefault="00E25352">
            <w:pPr>
              <w:spacing w:after="0" w:line="240" w:lineRule="auto"/>
            </w:pPr>
            <w:r>
              <w:rPr>
                <w:color w:val="111111"/>
                <w:sz w:val="16"/>
              </w:rPr>
              <w:br/>
            </w:r>
          </w:p>
        </w:tc>
        <w:tc>
          <w:tcPr>
            <w:tcW w:w="2252" w:type="dxa"/>
            <w:tcMar>
              <w:top w:w="70" w:type="dxa"/>
              <w:left w:w="100" w:type="dxa"/>
              <w:bottom w:w="70" w:type="dxa"/>
              <w:right w:w="100" w:type="dxa"/>
            </w:tcMar>
            <w:vAlign w:val="center"/>
          </w:tcPr>
          <w:p w14:paraId="519B0D27" w14:textId="77777777" w:rsidR="00F8026E" w:rsidRDefault="00E25352">
            <w:pPr>
              <w:spacing w:after="0" w:line="240" w:lineRule="auto"/>
            </w:pPr>
            <w:r>
              <w:rPr>
                <w:color w:val="111111"/>
                <w:sz w:val="16"/>
              </w:rPr>
              <w:br/>
            </w:r>
          </w:p>
        </w:tc>
      </w:tr>
      <w:tr w:rsidR="00F8026E" w14:paraId="0688D080" w14:textId="77777777">
        <w:trPr>
          <w:cantSplit/>
          <w:jc w:val="center"/>
        </w:trPr>
        <w:tc>
          <w:tcPr>
            <w:tcW w:w="2800" w:type="dxa"/>
            <w:tcMar>
              <w:top w:w="70" w:type="dxa"/>
              <w:left w:w="100" w:type="dxa"/>
              <w:bottom w:w="70" w:type="dxa"/>
              <w:right w:w="100" w:type="dxa"/>
            </w:tcMar>
            <w:vAlign w:val="center"/>
          </w:tcPr>
          <w:p w14:paraId="7582FE6E" w14:textId="77777777" w:rsidR="00F8026E" w:rsidRDefault="00E25352">
            <w:pPr>
              <w:spacing w:after="0" w:line="240" w:lineRule="auto"/>
            </w:pPr>
            <w:r>
              <w:rPr>
                <w:color w:val="111111"/>
                <w:sz w:val="16"/>
              </w:rPr>
              <w:br/>
            </w:r>
          </w:p>
        </w:tc>
        <w:tc>
          <w:tcPr>
            <w:tcW w:w="2800" w:type="dxa"/>
            <w:tcMar>
              <w:top w:w="70" w:type="dxa"/>
              <w:left w:w="100" w:type="dxa"/>
              <w:bottom w:w="70" w:type="dxa"/>
              <w:right w:w="100" w:type="dxa"/>
            </w:tcMar>
            <w:vAlign w:val="center"/>
          </w:tcPr>
          <w:p w14:paraId="3D67BC52" w14:textId="77777777" w:rsidR="00F8026E" w:rsidRDefault="00E25352">
            <w:pPr>
              <w:spacing w:after="0" w:line="240" w:lineRule="auto"/>
            </w:pPr>
            <w:r>
              <w:rPr>
                <w:color w:val="111111"/>
                <w:sz w:val="16"/>
              </w:rPr>
              <w:br/>
            </w:r>
          </w:p>
        </w:tc>
        <w:tc>
          <w:tcPr>
            <w:tcW w:w="2300" w:type="dxa"/>
            <w:tcMar>
              <w:top w:w="70" w:type="dxa"/>
              <w:left w:w="100" w:type="dxa"/>
              <w:bottom w:w="70" w:type="dxa"/>
              <w:right w:w="100" w:type="dxa"/>
            </w:tcMar>
            <w:vAlign w:val="center"/>
          </w:tcPr>
          <w:p w14:paraId="4FB06117" w14:textId="77777777" w:rsidR="00F8026E" w:rsidRDefault="00E25352">
            <w:pPr>
              <w:spacing w:after="0" w:line="240" w:lineRule="auto"/>
            </w:pPr>
            <w:r>
              <w:rPr>
                <w:color w:val="111111"/>
                <w:sz w:val="16"/>
              </w:rPr>
              <w:br/>
            </w:r>
          </w:p>
        </w:tc>
        <w:tc>
          <w:tcPr>
            <w:tcW w:w="2252" w:type="dxa"/>
            <w:tcMar>
              <w:top w:w="70" w:type="dxa"/>
              <w:left w:w="100" w:type="dxa"/>
              <w:bottom w:w="70" w:type="dxa"/>
              <w:right w:w="100" w:type="dxa"/>
            </w:tcMar>
            <w:vAlign w:val="center"/>
          </w:tcPr>
          <w:p w14:paraId="3C899E40" w14:textId="77777777" w:rsidR="00F8026E" w:rsidRDefault="00E25352">
            <w:pPr>
              <w:spacing w:after="0" w:line="240" w:lineRule="auto"/>
            </w:pPr>
            <w:r>
              <w:rPr>
                <w:color w:val="111111"/>
                <w:sz w:val="16"/>
              </w:rPr>
              <w:br/>
            </w:r>
          </w:p>
        </w:tc>
      </w:tr>
      <w:tr w:rsidR="00F8026E" w14:paraId="0D7B108A" w14:textId="77777777">
        <w:trPr>
          <w:cantSplit/>
          <w:jc w:val="center"/>
        </w:trPr>
        <w:tc>
          <w:tcPr>
            <w:tcW w:w="2800" w:type="dxa"/>
            <w:tcMar>
              <w:top w:w="70" w:type="dxa"/>
              <w:left w:w="100" w:type="dxa"/>
              <w:bottom w:w="70" w:type="dxa"/>
              <w:right w:w="100" w:type="dxa"/>
            </w:tcMar>
            <w:vAlign w:val="center"/>
          </w:tcPr>
          <w:p w14:paraId="49B36A68" w14:textId="77777777" w:rsidR="00F8026E" w:rsidRDefault="00E25352">
            <w:pPr>
              <w:spacing w:after="0" w:line="240" w:lineRule="auto"/>
            </w:pPr>
            <w:r>
              <w:rPr>
                <w:color w:val="111111"/>
                <w:sz w:val="16"/>
              </w:rPr>
              <w:br/>
            </w:r>
          </w:p>
        </w:tc>
        <w:tc>
          <w:tcPr>
            <w:tcW w:w="2800" w:type="dxa"/>
            <w:tcMar>
              <w:top w:w="70" w:type="dxa"/>
              <w:left w:w="100" w:type="dxa"/>
              <w:bottom w:w="70" w:type="dxa"/>
              <w:right w:w="100" w:type="dxa"/>
            </w:tcMar>
            <w:vAlign w:val="center"/>
          </w:tcPr>
          <w:p w14:paraId="0306028F" w14:textId="77777777" w:rsidR="00F8026E" w:rsidRDefault="00E25352">
            <w:pPr>
              <w:spacing w:after="0" w:line="240" w:lineRule="auto"/>
            </w:pPr>
            <w:r>
              <w:rPr>
                <w:color w:val="111111"/>
                <w:sz w:val="16"/>
              </w:rPr>
              <w:br/>
            </w:r>
          </w:p>
        </w:tc>
        <w:tc>
          <w:tcPr>
            <w:tcW w:w="2300" w:type="dxa"/>
            <w:tcMar>
              <w:top w:w="70" w:type="dxa"/>
              <w:left w:w="100" w:type="dxa"/>
              <w:bottom w:w="70" w:type="dxa"/>
              <w:right w:w="100" w:type="dxa"/>
            </w:tcMar>
            <w:vAlign w:val="center"/>
          </w:tcPr>
          <w:p w14:paraId="189CD535" w14:textId="77777777" w:rsidR="00F8026E" w:rsidRDefault="00E25352">
            <w:pPr>
              <w:spacing w:after="0" w:line="240" w:lineRule="auto"/>
            </w:pPr>
            <w:r>
              <w:rPr>
                <w:color w:val="111111"/>
                <w:sz w:val="16"/>
              </w:rPr>
              <w:br/>
            </w:r>
          </w:p>
        </w:tc>
        <w:tc>
          <w:tcPr>
            <w:tcW w:w="2252" w:type="dxa"/>
            <w:tcMar>
              <w:top w:w="70" w:type="dxa"/>
              <w:left w:w="100" w:type="dxa"/>
              <w:bottom w:w="70" w:type="dxa"/>
              <w:right w:w="100" w:type="dxa"/>
            </w:tcMar>
            <w:vAlign w:val="center"/>
          </w:tcPr>
          <w:p w14:paraId="53AC2101" w14:textId="77777777" w:rsidR="00F8026E" w:rsidRDefault="00E25352">
            <w:pPr>
              <w:spacing w:after="0" w:line="240" w:lineRule="auto"/>
            </w:pPr>
            <w:r>
              <w:rPr>
                <w:color w:val="111111"/>
                <w:sz w:val="16"/>
              </w:rPr>
              <w:br/>
            </w:r>
          </w:p>
        </w:tc>
      </w:tr>
    </w:tbl>
    <w:p w14:paraId="45362432" w14:textId="77777777" w:rsidR="00F8026E" w:rsidRDefault="00E25352">
      <w:pPr>
        <w:spacing w:after="40"/>
      </w:pPr>
      <w:r>
        <w:rPr>
          <w:b/>
          <w:color w:val="132A4F"/>
        </w:rPr>
        <w:t>Committee findings / concerns / attachments:</w:t>
      </w:r>
    </w:p>
    <w:p w14:paraId="4917767E" w14:textId="77777777" w:rsidR="00F8026E" w:rsidRDefault="00E25352">
      <w:pPr>
        <w:spacing w:after="20"/>
      </w:pPr>
      <w:r>
        <w:t>____________________________________________________________________________________________________</w:t>
      </w:r>
    </w:p>
    <w:p w14:paraId="2429A1EE" w14:textId="77777777" w:rsidR="00F8026E" w:rsidRDefault="00E25352">
      <w:pPr>
        <w:spacing w:after="20"/>
      </w:pPr>
      <w:r>
        <w:t>____________________________________________________________________________________________________</w:t>
      </w:r>
    </w:p>
    <w:p w14:paraId="6C35FF59" w14:textId="77777777" w:rsidR="00F8026E" w:rsidRDefault="00E25352">
      <w:pPr>
        <w:spacing w:after="20"/>
      </w:pPr>
      <w:r>
        <w:t>____________________________________________________________________________________________________</w:t>
      </w:r>
    </w:p>
    <w:p w14:paraId="6E91FC01" w14:textId="77777777" w:rsidR="00F8026E" w:rsidRDefault="00E25352">
      <w:r>
        <w:br w:type="page"/>
      </w:r>
    </w:p>
    <w:tbl>
      <w:tblPr>
        <w:tblW w:w="10152" w:type="dxa"/>
        <w:jc w:val="center"/>
        <w:tblLayout w:type="fixed"/>
        <w:tblLook w:val="04A0" w:firstRow="1" w:lastRow="0" w:firstColumn="1" w:lastColumn="0" w:noHBand="0" w:noVBand="1"/>
      </w:tblPr>
      <w:tblGrid>
        <w:gridCol w:w="10152"/>
      </w:tblGrid>
      <w:tr w:rsidR="00F8026E" w14:paraId="7CF644E7" w14:textId="77777777">
        <w:trPr>
          <w:cantSplit/>
          <w:jc w:val="center"/>
        </w:trPr>
        <w:tc>
          <w:tcPr>
            <w:tcW w:w="10152" w:type="dxa"/>
            <w:shd w:val="clear" w:color="auto" w:fill="132A4F"/>
            <w:tcMar>
              <w:top w:w="70" w:type="dxa"/>
              <w:left w:w="100" w:type="dxa"/>
              <w:bottom w:w="70" w:type="dxa"/>
              <w:right w:w="100" w:type="dxa"/>
            </w:tcMar>
            <w:vAlign w:val="center"/>
          </w:tcPr>
          <w:p w14:paraId="717DAA2C" w14:textId="77777777" w:rsidR="00F8026E" w:rsidRDefault="00E25352">
            <w:pPr>
              <w:spacing w:after="0" w:line="240" w:lineRule="auto"/>
            </w:pPr>
            <w:r>
              <w:rPr>
                <w:b/>
                <w:color w:val="FFFFFF"/>
                <w:sz w:val="21"/>
              </w:rPr>
              <w:lastRenderedPageBreak/>
              <w:t>11. BALLOT AND DISPOSITION</w:t>
            </w:r>
          </w:p>
        </w:tc>
      </w:tr>
    </w:tbl>
    <w:p w14:paraId="0EBE59EB" w14:textId="77777777" w:rsidR="00F8026E" w:rsidRDefault="00F8026E">
      <w:pPr>
        <w:spacing w:after="20"/>
      </w:pPr>
    </w:p>
    <w:tbl>
      <w:tblPr>
        <w:tblStyle w:val="TableGrid"/>
        <w:tblW w:w="10152" w:type="dxa"/>
        <w:jc w:val="center"/>
        <w:tblLayout w:type="fixed"/>
        <w:tblLook w:val="04A0" w:firstRow="1" w:lastRow="0" w:firstColumn="1" w:lastColumn="0" w:noHBand="0" w:noVBand="1"/>
      </w:tblPr>
      <w:tblGrid>
        <w:gridCol w:w="3384"/>
        <w:gridCol w:w="3384"/>
        <w:gridCol w:w="3384"/>
      </w:tblGrid>
      <w:tr w:rsidR="00F8026E" w14:paraId="2CC3A196" w14:textId="77777777">
        <w:trPr>
          <w:cantSplit/>
          <w:jc w:val="center"/>
        </w:trPr>
        <w:tc>
          <w:tcPr>
            <w:tcW w:w="3384" w:type="dxa"/>
            <w:shd w:val="clear" w:color="auto" w:fill="F6F8FB"/>
            <w:tcMar>
              <w:top w:w="70" w:type="dxa"/>
              <w:left w:w="100" w:type="dxa"/>
              <w:bottom w:w="70" w:type="dxa"/>
              <w:right w:w="100" w:type="dxa"/>
            </w:tcMar>
            <w:vAlign w:val="center"/>
          </w:tcPr>
          <w:p w14:paraId="378C338F" w14:textId="77777777" w:rsidR="00F8026E" w:rsidRDefault="00E25352">
            <w:pPr>
              <w:spacing w:after="0" w:line="240" w:lineRule="auto"/>
            </w:pPr>
            <w:r>
              <w:rPr>
                <w:color w:val="5E6875"/>
                <w:sz w:val="16"/>
              </w:rPr>
              <w:t>BALLOT DATE</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18A2CEB7" w14:textId="77777777" w:rsidR="00F8026E" w:rsidRDefault="00E25352">
            <w:pPr>
              <w:spacing w:after="0" w:line="240" w:lineRule="auto"/>
            </w:pPr>
            <w:r>
              <w:rPr>
                <w:color w:val="5E6875"/>
                <w:sz w:val="16"/>
              </w:rPr>
              <w:t>RESULT: ☐ ELECTED  ☐ NOT ELECTED</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38E10D2F" w14:textId="77777777" w:rsidR="00F8026E" w:rsidRDefault="00E25352">
            <w:pPr>
              <w:spacing w:after="0" w:line="240" w:lineRule="auto"/>
            </w:pPr>
            <w:r>
              <w:rPr>
                <w:color w:val="5E6875"/>
                <w:sz w:val="16"/>
              </w:rPr>
              <w:t>MEMBERS PRESENT</w:t>
            </w:r>
            <w:r>
              <w:rPr>
                <w:color w:val="5E6875"/>
                <w:sz w:val="16"/>
              </w:rPr>
              <w:br/>
              <w:t>________________________</w:t>
            </w:r>
          </w:p>
        </w:tc>
      </w:tr>
      <w:tr w:rsidR="00F8026E" w14:paraId="479A99D1" w14:textId="77777777">
        <w:trPr>
          <w:cantSplit/>
          <w:jc w:val="center"/>
        </w:trPr>
        <w:tc>
          <w:tcPr>
            <w:tcW w:w="3384" w:type="dxa"/>
            <w:shd w:val="clear" w:color="auto" w:fill="F6F8FB"/>
            <w:tcMar>
              <w:top w:w="70" w:type="dxa"/>
              <w:left w:w="100" w:type="dxa"/>
              <w:bottom w:w="70" w:type="dxa"/>
              <w:right w:w="100" w:type="dxa"/>
            </w:tcMar>
            <w:vAlign w:val="center"/>
          </w:tcPr>
          <w:p w14:paraId="681AC557" w14:textId="77777777" w:rsidR="00F8026E" w:rsidRDefault="00E25352">
            <w:pPr>
              <w:spacing w:after="0" w:line="240" w:lineRule="auto"/>
            </w:pPr>
            <w:r>
              <w:rPr>
                <w:color w:val="5E6875"/>
                <w:sz w:val="16"/>
              </w:rPr>
              <w:t>NOTICE SENT DATE</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6611903E" w14:textId="77777777" w:rsidR="00F8026E" w:rsidRDefault="00E25352">
            <w:pPr>
              <w:spacing w:after="0" w:line="240" w:lineRule="auto"/>
            </w:pPr>
            <w:r>
              <w:rPr>
                <w:color w:val="5E6875"/>
                <w:sz w:val="16"/>
              </w:rPr>
              <w:t>NEXT ACTION / DEADLINE</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4AD77B1B" w14:textId="77777777" w:rsidR="00F8026E" w:rsidRDefault="00E25352">
            <w:pPr>
              <w:spacing w:after="0" w:line="240" w:lineRule="auto"/>
            </w:pPr>
            <w:r>
              <w:rPr>
                <w:color w:val="5E6875"/>
                <w:sz w:val="16"/>
              </w:rPr>
              <w:t>OFFICER INITIALS</w:t>
            </w:r>
            <w:r>
              <w:rPr>
                <w:color w:val="5E6875"/>
                <w:sz w:val="16"/>
              </w:rPr>
              <w:br/>
              <w:t>________________________</w:t>
            </w:r>
          </w:p>
        </w:tc>
      </w:tr>
      <w:tr w:rsidR="00F8026E" w14:paraId="087080B0" w14:textId="77777777">
        <w:trPr>
          <w:cantSplit/>
          <w:jc w:val="center"/>
        </w:trPr>
        <w:tc>
          <w:tcPr>
            <w:tcW w:w="3384" w:type="dxa"/>
            <w:shd w:val="clear" w:color="auto" w:fill="F6F8FB"/>
            <w:tcMar>
              <w:top w:w="70" w:type="dxa"/>
              <w:left w:w="100" w:type="dxa"/>
              <w:bottom w:w="70" w:type="dxa"/>
              <w:right w:w="100" w:type="dxa"/>
            </w:tcMar>
            <w:vAlign w:val="center"/>
          </w:tcPr>
          <w:p w14:paraId="110BCD0E" w14:textId="77777777" w:rsidR="00F8026E" w:rsidRDefault="00E25352">
            <w:pPr>
              <w:spacing w:after="0" w:line="240" w:lineRule="auto"/>
            </w:pPr>
            <w:r>
              <w:rPr>
                <w:color w:val="5E6875"/>
                <w:sz w:val="16"/>
              </w:rPr>
              <w:t>FIRST DEGREE DATE</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0CC65BAB" w14:textId="77777777" w:rsidR="00F8026E" w:rsidRDefault="00E25352">
            <w:pPr>
              <w:spacing w:after="0" w:line="240" w:lineRule="auto"/>
            </w:pPr>
            <w:r>
              <w:rPr>
                <w:color w:val="5E6875"/>
                <w:sz w:val="16"/>
              </w:rPr>
              <w:t>SECOND DEGREE DATE</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30B770D6" w14:textId="77777777" w:rsidR="00F8026E" w:rsidRDefault="00E25352">
            <w:pPr>
              <w:spacing w:after="0" w:line="240" w:lineRule="auto"/>
            </w:pPr>
            <w:r>
              <w:rPr>
                <w:color w:val="5E6875"/>
                <w:sz w:val="16"/>
              </w:rPr>
              <w:t>THIRD DEGREE DATE</w:t>
            </w:r>
            <w:r>
              <w:rPr>
                <w:color w:val="5E6875"/>
                <w:sz w:val="16"/>
              </w:rPr>
              <w:br/>
              <w:t>________________________</w:t>
            </w:r>
          </w:p>
        </w:tc>
      </w:tr>
      <w:tr w:rsidR="00F8026E" w14:paraId="3C6E40F3" w14:textId="77777777">
        <w:trPr>
          <w:cantSplit/>
          <w:jc w:val="center"/>
        </w:trPr>
        <w:tc>
          <w:tcPr>
            <w:tcW w:w="3384" w:type="dxa"/>
            <w:shd w:val="clear" w:color="auto" w:fill="F6F8FB"/>
            <w:tcMar>
              <w:top w:w="70" w:type="dxa"/>
              <w:left w:w="100" w:type="dxa"/>
              <w:bottom w:w="70" w:type="dxa"/>
              <w:right w:w="100" w:type="dxa"/>
            </w:tcMar>
            <w:vAlign w:val="center"/>
          </w:tcPr>
          <w:p w14:paraId="5F05833A" w14:textId="77777777" w:rsidR="00F8026E" w:rsidRDefault="00E25352">
            <w:pPr>
              <w:spacing w:after="0" w:line="240" w:lineRule="auto"/>
            </w:pPr>
            <w:r>
              <w:rPr>
                <w:color w:val="5E6875"/>
                <w:sz w:val="16"/>
              </w:rPr>
              <w:t>MEMBER NUMBER ASSIGNED</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7188371D" w14:textId="77777777" w:rsidR="00F8026E" w:rsidRDefault="00E25352">
            <w:pPr>
              <w:spacing w:after="0" w:line="240" w:lineRule="auto"/>
            </w:pPr>
            <w:r>
              <w:rPr>
                <w:color w:val="5E6875"/>
                <w:sz w:val="16"/>
              </w:rPr>
              <w:t>DUES START DATE</w:t>
            </w:r>
            <w:r>
              <w:rPr>
                <w:color w:val="5E6875"/>
                <w:sz w:val="16"/>
              </w:rPr>
              <w:br/>
              <w:t>________________________</w:t>
            </w:r>
          </w:p>
        </w:tc>
        <w:tc>
          <w:tcPr>
            <w:tcW w:w="3384" w:type="dxa"/>
            <w:shd w:val="clear" w:color="auto" w:fill="F6F8FB"/>
            <w:tcMar>
              <w:top w:w="70" w:type="dxa"/>
              <w:left w:w="100" w:type="dxa"/>
              <w:bottom w:w="70" w:type="dxa"/>
              <w:right w:w="100" w:type="dxa"/>
            </w:tcMar>
            <w:vAlign w:val="center"/>
          </w:tcPr>
          <w:p w14:paraId="11B734B8" w14:textId="77777777" w:rsidR="00F8026E" w:rsidRDefault="00E25352">
            <w:pPr>
              <w:spacing w:after="0" w:line="240" w:lineRule="auto"/>
            </w:pPr>
            <w:r>
              <w:rPr>
                <w:color w:val="5E6875"/>
                <w:sz w:val="16"/>
              </w:rPr>
              <w:t>RECORDS ENTERED BY / DATE</w:t>
            </w:r>
            <w:r>
              <w:rPr>
                <w:color w:val="5E6875"/>
                <w:sz w:val="16"/>
              </w:rPr>
              <w:br/>
              <w:t>________________________</w:t>
            </w:r>
          </w:p>
        </w:tc>
      </w:tr>
    </w:tbl>
    <w:tbl>
      <w:tblPr>
        <w:tblW w:w="10152" w:type="dxa"/>
        <w:jc w:val="center"/>
        <w:tblLayout w:type="fixed"/>
        <w:tblLook w:val="04A0" w:firstRow="1" w:lastRow="0" w:firstColumn="1" w:lastColumn="0" w:noHBand="0" w:noVBand="1"/>
      </w:tblPr>
      <w:tblGrid>
        <w:gridCol w:w="10152"/>
      </w:tblGrid>
      <w:tr w:rsidR="00F8026E" w14:paraId="61D13C3C" w14:textId="77777777">
        <w:trPr>
          <w:cantSplit/>
          <w:jc w:val="center"/>
        </w:trPr>
        <w:tc>
          <w:tcPr>
            <w:tcW w:w="10152" w:type="dxa"/>
            <w:shd w:val="clear" w:color="auto" w:fill="132A4F"/>
            <w:tcMar>
              <w:top w:w="70" w:type="dxa"/>
              <w:left w:w="100" w:type="dxa"/>
              <w:bottom w:w="70" w:type="dxa"/>
              <w:right w:w="100" w:type="dxa"/>
            </w:tcMar>
            <w:vAlign w:val="center"/>
          </w:tcPr>
          <w:p w14:paraId="6CBE7667" w14:textId="77777777" w:rsidR="00F8026E" w:rsidRDefault="00E25352">
            <w:pPr>
              <w:spacing w:after="0" w:line="240" w:lineRule="auto"/>
            </w:pPr>
            <w:r>
              <w:rPr>
                <w:b/>
                <w:color w:val="FFFFFF"/>
                <w:sz w:val="21"/>
              </w:rPr>
              <w:t>12. FINAL ADMINISTRATIVE CERTIFICATION</w:t>
            </w:r>
          </w:p>
        </w:tc>
      </w:tr>
    </w:tbl>
    <w:p w14:paraId="3300BC83" w14:textId="77777777" w:rsidR="00F8026E" w:rsidRDefault="00F8026E">
      <w:pPr>
        <w:spacing w:after="20"/>
      </w:pPr>
    </w:p>
    <w:p w14:paraId="3E4CCAF3" w14:textId="77777777" w:rsidR="00F8026E" w:rsidRDefault="00E25352">
      <w:pPr>
        <w:spacing w:after="120"/>
      </w:pPr>
      <w:r>
        <w:t>I certify that this petition was processed and recorded according to the Constitution, laws, regulations, and procedures governing this Lodge and the United Grand Lodge of North Carolina.</w:t>
      </w:r>
    </w:p>
    <w:tbl>
      <w:tblPr>
        <w:tblStyle w:val="TableGrid"/>
        <w:tblW w:w="10152" w:type="dxa"/>
        <w:jc w:val="center"/>
        <w:tblLayout w:type="fixed"/>
        <w:tblLook w:val="04A0" w:firstRow="1" w:lastRow="0" w:firstColumn="1" w:lastColumn="0" w:noHBand="0" w:noVBand="1"/>
      </w:tblPr>
      <w:tblGrid>
        <w:gridCol w:w="4000"/>
        <w:gridCol w:w="3152"/>
        <w:gridCol w:w="3000"/>
      </w:tblGrid>
      <w:tr w:rsidR="00F8026E" w14:paraId="0D87EBD9" w14:textId="77777777">
        <w:trPr>
          <w:cantSplit/>
          <w:jc w:val="center"/>
        </w:trPr>
        <w:tc>
          <w:tcPr>
            <w:tcW w:w="4000" w:type="dxa"/>
            <w:shd w:val="clear" w:color="auto" w:fill="F6F8FB"/>
            <w:tcMar>
              <w:top w:w="70" w:type="dxa"/>
              <w:left w:w="100" w:type="dxa"/>
              <w:bottom w:w="70" w:type="dxa"/>
              <w:right w:w="100" w:type="dxa"/>
            </w:tcMar>
            <w:vAlign w:val="center"/>
          </w:tcPr>
          <w:p w14:paraId="2312B28E" w14:textId="77777777" w:rsidR="00F8026E" w:rsidRDefault="00E25352">
            <w:pPr>
              <w:spacing w:after="0" w:line="240" w:lineRule="auto"/>
            </w:pPr>
            <w:r>
              <w:rPr>
                <w:color w:val="5E6875"/>
                <w:sz w:val="16"/>
              </w:rPr>
              <w:t>LODGE SECRETARY SIGNATURE</w:t>
            </w:r>
            <w:r>
              <w:rPr>
                <w:color w:val="5E6875"/>
                <w:sz w:val="16"/>
              </w:rPr>
              <w:br/>
              <w:t>________________________</w:t>
            </w:r>
          </w:p>
        </w:tc>
        <w:tc>
          <w:tcPr>
            <w:tcW w:w="3152" w:type="dxa"/>
            <w:shd w:val="clear" w:color="auto" w:fill="F6F8FB"/>
            <w:tcMar>
              <w:top w:w="70" w:type="dxa"/>
              <w:left w:w="100" w:type="dxa"/>
              <w:bottom w:w="70" w:type="dxa"/>
              <w:right w:w="100" w:type="dxa"/>
            </w:tcMar>
            <w:vAlign w:val="center"/>
          </w:tcPr>
          <w:p w14:paraId="1F58C91B" w14:textId="77777777" w:rsidR="00F8026E" w:rsidRDefault="00E25352">
            <w:pPr>
              <w:spacing w:after="0" w:line="240" w:lineRule="auto"/>
            </w:pPr>
            <w:r>
              <w:rPr>
                <w:color w:val="5E6875"/>
                <w:sz w:val="16"/>
              </w:rPr>
              <w:t>WORSHIPFUL MASTER SIGNATURE</w:t>
            </w:r>
            <w:r>
              <w:rPr>
                <w:color w:val="5E6875"/>
                <w:sz w:val="16"/>
              </w:rPr>
              <w:br/>
              <w:t>________________________</w:t>
            </w:r>
          </w:p>
        </w:tc>
        <w:tc>
          <w:tcPr>
            <w:tcW w:w="3000" w:type="dxa"/>
            <w:shd w:val="clear" w:color="auto" w:fill="F6F8FB"/>
            <w:tcMar>
              <w:top w:w="70" w:type="dxa"/>
              <w:left w:w="100" w:type="dxa"/>
              <w:bottom w:w="70" w:type="dxa"/>
              <w:right w:w="100" w:type="dxa"/>
            </w:tcMar>
            <w:vAlign w:val="center"/>
          </w:tcPr>
          <w:p w14:paraId="2C27CA48" w14:textId="77777777" w:rsidR="00F8026E" w:rsidRDefault="00E25352">
            <w:pPr>
              <w:spacing w:after="0" w:line="240" w:lineRule="auto"/>
            </w:pPr>
            <w:r>
              <w:rPr>
                <w:color w:val="5E6875"/>
                <w:sz w:val="16"/>
              </w:rPr>
              <w:t>DATE / MINUTES REFERENCE</w:t>
            </w:r>
            <w:r>
              <w:rPr>
                <w:color w:val="5E6875"/>
                <w:sz w:val="16"/>
              </w:rPr>
              <w:br/>
              <w:t>________________________</w:t>
            </w:r>
          </w:p>
        </w:tc>
      </w:tr>
      <w:tr w:rsidR="00F8026E" w14:paraId="04E5311B" w14:textId="77777777">
        <w:trPr>
          <w:cantSplit/>
          <w:jc w:val="center"/>
        </w:trPr>
        <w:tc>
          <w:tcPr>
            <w:tcW w:w="4000" w:type="dxa"/>
            <w:shd w:val="clear" w:color="auto" w:fill="F6F8FB"/>
            <w:tcMar>
              <w:top w:w="70" w:type="dxa"/>
              <w:left w:w="100" w:type="dxa"/>
              <w:bottom w:w="70" w:type="dxa"/>
              <w:right w:w="100" w:type="dxa"/>
            </w:tcMar>
            <w:vAlign w:val="center"/>
          </w:tcPr>
          <w:p w14:paraId="326FA672" w14:textId="77777777" w:rsidR="00F8026E" w:rsidRDefault="00E25352">
            <w:pPr>
              <w:spacing w:after="0" w:line="240" w:lineRule="auto"/>
            </w:pPr>
            <w:r>
              <w:rPr>
                <w:color w:val="5E6875"/>
                <w:sz w:val="16"/>
              </w:rPr>
              <w:t>PRINTED NAME</w:t>
            </w:r>
            <w:r>
              <w:rPr>
                <w:color w:val="5E6875"/>
                <w:sz w:val="16"/>
              </w:rPr>
              <w:br/>
              <w:t>________________________</w:t>
            </w:r>
          </w:p>
        </w:tc>
        <w:tc>
          <w:tcPr>
            <w:tcW w:w="3152" w:type="dxa"/>
            <w:shd w:val="clear" w:color="auto" w:fill="F6F8FB"/>
            <w:tcMar>
              <w:top w:w="70" w:type="dxa"/>
              <w:left w:w="100" w:type="dxa"/>
              <w:bottom w:w="70" w:type="dxa"/>
              <w:right w:w="100" w:type="dxa"/>
            </w:tcMar>
            <w:vAlign w:val="center"/>
          </w:tcPr>
          <w:p w14:paraId="00512940" w14:textId="77777777" w:rsidR="00F8026E" w:rsidRDefault="00E25352">
            <w:pPr>
              <w:spacing w:after="0" w:line="240" w:lineRule="auto"/>
            </w:pPr>
            <w:r>
              <w:rPr>
                <w:color w:val="5E6875"/>
                <w:sz w:val="16"/>
              </w:rPr>
              <w:t>PRINTED NAME</w:t>
            </w:r>
            <w:r>
              <w:rPr>
                <w:color w:val="5E6875"/>
                <w:sz w:val="16"/>
              </w:rPr>
              <w:br/>
              <w:t>________________________</w:t>
            </w:r>
          </w:p>
        </w:tc>
        <w:tc>
          <w:tcPr>
            <w:tcW w:w="3000" w:type="dxa"/>
            <w:shd w:val="clear" w:color="auto" w:fill="F6F8FB"/>
            <w:tcMar>
              <w:top w:w="70" w:type="dxa"/>
              <w:left w:w="100" w:type="dxa"/>
              <w:bottom w:w="70" w:type="dxa"/>
              <w:right w:w="100" w:type="dxa"/>
            </w:tcMar>
            <w:vAlign w:val="center"/>
          </w:tcPr>
          <w:p w14:paraId="44A83AD1" w14:textId="77777777" w:rsidR="00F8026E" w:rsidRDefault="00E25352">
            <w:pPr>
              <w:spacing w:after="0" w:line="240" w:lineRule="auto"/>
            </w:pPr>
            <w:r>
              <w:rPr>
                <w:color w:val="5E6875"/>
                <w:sz w:val="16"/>
              </w:rPr>
              <w:t>LODGE SEAL (IF REQUIRED)</w:t>
            </w:r>
            <w:r>
              <w:rPr>
                <w:color w:val="5E6875"/>
                <w:sz w:val="16"/>
              </w:rPr>
              <w:br/>
            </w:r>
            <w:r>
              <w:rPr>
                <w:color w:val="5E6875"/>
                <w:sz w:val="16"/>
              </w:rPr>
              <w:t>________________________</w:t>
            </w:r>
          </w:p>
        </w:tc>
      </w:tr>
    </w:tbl>
    <w:p w14:paraId="67999E1D" w14:textId="77777777" w:rsidR="00E25352" w:rsidRDefault="00E25352"/>
    <w:sectPr w:rsidR="00E25352" w:rsidSect="00034616">
      <w:headerReference w:type="default" r:id="rId9"/>
      <w:footerReference w:type="default" r:id="rId10"/>
      <w:pgSz w:w="12240" w:h="15840"/>
      <w:pgMar w:top="792" w:right="1008" w:bottom="792" w:left="1008"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E18DF" w14:textId="77777777" w:rsidR="00E25352" w:rsidRDefault="00E25352">
      <w:pPr>
        <w:spacing w:after="0" w:line="240" w:lineRule="auto"/>
      </w:pPr>
      <w:r>
        <w:separator/>
      </w:r>
    </w:p>
  </w:endnote>
  <w:endnote w:type="continuationSeparator" w:id="0">
    <w:p w14:paraId="2B1D918D" w14:textId="77777777" w:rsidR="00E25352" w:rsidRDefault="00E2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215F" w14:textId="77777777" w:rsidR="00F8026E" w:rsidRDefault="00E25352">
    <w:pPr>
      <w:pStyle w:val="Footer"/>
      <w:jc w:val="center"/>
    </w:pPr>
    <w:r>
      <w:rPr>
        <w:color w:val="5E6875"/>
        <w:sz w:val="14"/>
      </w:rPr>
      <w:t>Confidential membership record | Complete all applicable fields and sign in ink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CAD23" w14:textId="77777777" w:rsidR="00E25352" w:rsidRDefault="00E25352">
      <w:pPr>
        <w:spacing w:after="0" w:line="240" w:lineRule="auto"/>
      </w:pPr>
      <w:r>
        <w:separator/>
      </w:r>
    </w:p>
  </w:footnote>
  <w:footnote w:type="continuationSeparator" w:id="0">
    <w:p w14:paraId="4572588D" w14:textId="77777777" w:rsidR="00E25352" w:rsidRDefault="00E25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6473" w14:textId="77777777" w:rsidR="00F8026E" w:rsidRDefault="00E25352">
    <w:pPr>
      <w:pStyle w:val="Header"/>
      <w:jc w:val="right"/>
    </w:pPr>
    <w:r>
      <w:rPr>
        <w:b/>
        <w:color w:val="5E6875"/>
        <w:sz w:val="15"/>
      </w:rPr>
      <w:t>UNITED GRAND LODGE OF NORTH CAROLINA | MEMBERSHIP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38081222">
    <w:abstractNumId w:val="8"/>
  </w:num>
  <w:num w:numId="2" w16cid:durableId="873032614">
    <w:abstractNumId w:val="6"/>
  </w:num>
  <w:num w:numId="3" w16cid:durableId="781654752">
    <w:abstractNumId w:val="5"/>
  </w:num>
  <w:num w:numId="4" w16cid:durableId="188035861">
    <w:abstractNumId w:val="4"/>
  </w:num>
  <w:num w:numId="5" w16cid:durableId="1467508720">
    <w:abstractNumId w:val="7"/>
  </w:num>
  <w:num w:numId="6" w16cid:durableId="727994262">
    <w:abstractNumId w:val="3"/>
  </w:num>
  <w:num w:numId="7" w16cid:durableId="1053314543">
    <w:abstractNumId w:val="2"/>
  </w:num>
  <w:num w:numId="8" w16cid:durableId="264387124">
    <w:abstractNumId w:val="1"/>
  </w:num>
  <w:num w:numId="9" w16cid:durableId="96019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1133"/>
    <w:rsid w:val="0029639D"/>
    <w:rsid w:val="00326F90"/>
    <w:rsid w:val="0042306A"/>
    <w:rsid w:val="005245A9"/>
    <w:rsid w:val="00AA1D8D"/>
    <w:rsid w:val="00B47730"/>
    <w:rsid w:val="00BF488F"/>
    <w:rsid w:val="00CB0664"/>
    <w:rsid w:val="00E25352"/>
    <w:rsid w:val="00F802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E16BD1"/>
  <w14:defaultImageDpi w14:val="330"/>
  <w15:docId w15:val="{9D356080-96B1-41F6-93E3-36479A45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5</Pages>
  <Words>1037</Words>
  <Characters>8821</Characters>
  <Application>Microsoft Office Word</Application>
  <DocSecurity>0</DocSecurity>
  <Lines>383</Lines>
  <Paragraphs>193</Paragraphs>
  <ScaleCrop>false</ScaleCrop>
  <HeadingPairs>
    <vt:vector size="2" baseType="variant">
      <vt:variant>
        <vt:lpstr>Title</vt:lpstr>
      </vt:variant>
      <vt:variant>
        <vt:i4>1</vt:i4>
      </vt:variant>
    </vt:vector>
  </HeadingPairs>
  <TitlesOfParts>
    <vt:vector size="1" baseType="lpstr">
      <vt:lpstr>UGLNC Application for the Degrees of Freemasonry</vt:lpstr>
    </vt:vector>
  </TitlesOfParts>
  <Manager/>
  <Company/>
  <LinksUpToDate>false</LinksUpToDate>
  <CharactersWithSpaces>9665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UGLNC Application for the Degrees of Freemasonry</dc:title>
  <dc:subject>Modernized petition and membership application</dc:subject>
  <dc:creator>United Grand Lodge of North Carolina</dc:creator>
  <cp:keywords/>
  <dc:description>generated by python-docx</dc:description>
  <cp:lastModifiedBy>Scot McMillian</cp:lastModifiedBy>
  <cp:revision>3</cp:revision>
  <dcterms:created xsi:type="dcterms:W3CDTF">2026-09-03T03:31:00Z</dcterms:created>
  <dcterms:modified xsi:type="dcterms:W3CDTF">2026-09-03T19:51:00Z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e57a9535-6a46-4334-8e2e-33655c3c1537</vt:lpwstr>
  </property>
</Properties>
</file>